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BCD4F" w14:textId="5519FDF7" w:rsidR="0097286F" w:rsidRDefault="00000000" w:rsidP="00E11BCC">
      <w:pPr>
        <w:pStyle w:val="Heading1"/>
        <w:jc w:val="center"/>
        <w:rPr>
          <w:rFonts w:ascii="Degular Display" w:hAnsi="Degular Display" w:cstheme="majorHAnsi"/>
          <w:color w:val="063542"/>
        </w:rPr>
      </w:pPr>
      <w:r w:rsidRPr="00E11BCC">
        <w:rPr>
          <w:rFonts w:ascii="Degular Display" w:hAnsi="Degular Display" w:cstheme="majorHAnsi"/>
          <w:color w:val="063542"/>
        </w:rPr>
        <w:t>Website Development Brief</w:t>
      </w:r>
    </w:p>
    <w:p w14:paraId="6130DEC5" w14:textId="77777777" w:rsidR="00E11BCC" w:rsidRPr="00E11BCC" w:rsidRDefault="00E11BCC" w:rsidP="00E11BCC"/>
    <w:p w14:paraId="1252B7AB" w14:textId="016F9951" w:rsidR="008919DA" w:rsidRPr="00E11BCC" w:rsidRDefault="00000000" w:rsidP="0097286F">
      <w:pPr>
        <w:pStyle w:val="NoSpacing"/>
        <w:rPr>
          <w:rFonts w:ascii="Degular Display" w:hAnsi="Degular Display" w:cstheme="majorHAnsi"/>
        </w:rPr>
      </w:pPr>
      <w:r w:rsidRPr="00E11BCC">
        <w:rPr>
          <w:rFonts w:ascii="Degular Display" w:hAnsi="Degular Display" w:cstheme="majorHAnsi"/>
        </w:rPr>
        <w:t>Thank you for choosing Moniré. This brief helps us understand your business, goals, and vision so we can design a website that truly represents you. Please fill in as much as you can</w:t>
      </w:r>
      <w:r w:rsidR="00DD52DE" w:rsidRPr="00E11BCC">
        <w:rPr>
          <w:rFonts w:ascii="Degular Display" w:hAnsi="Degular Display" w:cstheme="majorHAnsi"/>
        </w:rPr>
        <w:t xml:space="preserve">, </w:t>
      </w:r>
      <w:r w:rsidRPr="00E11BCC">
        <w:rPr>
          <w:rFonts w:ascii="Degular Display" w:hAnsi="Degular Display" w:cstheme="majorHAnsi"/>
        </w:rPr>
        <w:t>if something doesn’t apply, just skip it.</w:t>
      </w:r>
    </w:p>
    <w:p w14:paraId="0A5CCD40" w14:textId="5EBFFD8F" w:rsidR="008919DA" w:rsidRPr="00E11BCC" w:rsidRDefault="00000000" w:rsidP="0097286F">
      <w:pPr>
        <w:pStyle w:val="Heading2"/>
        <w:numPr>
          <w:ilvl w:val="0"/>
          <w:numId w:val="17"/>
        </w:numPr>
        <w:rPr>
          <w:rFonts w:ascii="Degular Display" w:hAnsi="Degular Display" w:cstheme="majorHAnsi"/>
          <w:color w:val="063542"/>
          <w:sz w:val="24"/>
          <w:szCs w:val="24"/>
        </w:rPr>
      </w:pPr>
      <w:r w:rsidRPr="00E11BCC">
        <w:rPr>
          <w:rFonts w:ascii="Degular Display" w:hAnsi="Degular Display" w:cstheme="majorHAnsi"/>
          <w:color w:val="063542"/>
          <w:sz w:val="24"/>
          <w:szCs w:val="24"/>
        </w:rPr>
        <w:t>About Your Business</w:t>
      </w:r>
    </w:p>
    <w:p w14:paraId="5D6D45F8" w14:textId="77777777" w:rsidR="008919DA" w:rsidRPr="00E11BCC" w:rsidRDefault="00000000">
      <w:pPr>
        <w:rPr>
          <w:rFonts w:ascii="Degular Display" w:hAnsi="Degular Display" w:cstheme="majorHAnsi"/>
          <w:sz w:val="24"/>
          <w:szCs w:val="24"/>
        </w:rPr>
      </w:pPr>
      <w:r w:rsidRPr="00E11BCC">
        <w:rPr>
          <w:rFonts w:ascii="Degular Display" w:hAnsi="Degular Display" w:cstheme="majorHAnsi"/>
          <w:sz w:val="24"/>
          <w:szCs w:val="24"/>
        </w:rPr>
        <w:t>Name:</w:t>
      </w:r>
      <w:r w:rsidRPr="00E11BCC">
        <w:rPr>
          <w:rFonts w:ascii="Degular Display" w:hAnsi="Degular Display" w:cstheme="majorHAnsi"/>
          <w:sz w:val="24"/>
          <w:szCs w:val="24"/>
        </w:rPr>
        <w:br/>
        <w:t>Address:</w:t>
      </w:r>
      <w:r w:rsidRPr="00E11BCC">
        <w:rPr>
          <w:rFonts w:ascii="Degular Display" w:hAnsi="Degular Display" w:cstheme="majorHAnsi"/>
          <w:sz w:val="24"/>
          <w:szCs w:val="24"/>
        </w:rPr>
        <w:br/>
        <w:t>Email:</w:t>
      </w:r>
      <w:r w:rsidRPr="00E11BCC">
        <w:rPr>
          <w:rFonts w:ascii="Degular Display" w:hAnsi="Degular Display" w:cstheme="majorHAnsi"/>
          <w:sz w:val="24"/>
          <w:szCs w:val="24"/>
        </w:rPr>
        <w:br/>
        <w:t>Phone:</w:t>
      </w:r>
    </w:p>
    <w:p w14:paraId="442228F0" w14:textId="13FD9F49" w:rsidR="008919DA" w:rsidRPr="00E11BCC" w:rsidRDefault="00000000">
      <w:pPr>
        <w:rPr>
          <w:rFonts w:ascii="Degular Display" w:hAnsi="Degular Display" w:cstheme="majorHAnsi"/>
          <w:sz w:val="24"/>
          <w:szCs w:val="24"/>
        </w:rPr>
      </w:pPr>
      <w:r w:rsidRPr="00E11BCC">
        <w:rPr>
          <w:rFonts w:ascii="Degular Display" w:hAnsi="Degular Display" w:cstheme="majorHAnsi"/>
          <w:b/>
          <w:bCs/>
          <w:color w:val="011B22"/>
          <w:sz w:val="24"/>
          <w:szCs w:val="24"/>
        </w:rPr>
        <w:t>About your company</w:t>
      </w:r>
      <w:r w:rsidRPr="00E11BCC">
        <w:rPr>
          <w:rFonts w:ascii="Degular Display" w:hAnsi="Degular Display" w:cstheme="majorHAnsi"/>
          <w:sz w:val="24"/>
          <w:szCs w:val="24"/>
        </w:rPr>
        <w:br/>
        <w:t>Please share a short summary about what you do</w:t>
      </w:r>
      <w:r w:rsidR="00DD52DE" w:rsidRPr="00E11BCC">
        <w:rPr>
          <w:rFonts w:ascii="Degular Display" w:hAnsi="Degular Display" w:cstheme="majorHAnsi"/>
          <w:sz w:val="24"/>
          <w:szCs w:val="24"/>
        </w:rPr>
        <w:t xml:space="preserve"> </w:t>
      </w:r>
      <w:r w:rsidRPr="00E11BCC">
        <w:rPr>
          <w:rFonts w:ascii="Degular Display" w:hAnsi="Degular Display" w:cstheme="majorHAnsi"/>
          <w:sz w:val="24"/>
          <w:szCs w:val="24"/>
        </w:rPr>
        <w:t>and the industry you work in.</w:t>
      </w:r>
    </w:p>
    <w:p w14:paraId="4D511CD1" w14:textId="3BCB5BC6" w:rsidR="0097286F" w:rsidRPr="00E11BCC" w:rsidRDefault="00000000">
      <w:pPr>
        <w:rPr>
          <w:rFonts w:ascii="Degular Display" w:hAnsi="Degular Display" w:cstheme="majorHAnsi"/>
          <w:sz w:val="24"/>
          <w:szCs w:val="24"/>
        </w:rPr>
      </w:pPr>
      <w:r w:rsidRPr="00E11BCC">
        <w:rPr>
          <w:rFonts w:ascii="Degular Display" w:hAnsi="Degular Display" w:cstheme="majorHAnsi"/>
          <w:b/>
          <w:bCs/>
          <w:color w:val="011B22"/>
          <w:sz w:val="24"/>
          <w:szCs w:val="24"/>
        </w:rPr>
        <w:t>Why this website?</w:t>
      </w:r>
      <w:r w:rsidRPr="00E11BCC">
        <w:rPr>
          <w:rFonts w:ascii="Degular Display" w:hAnsi="Degular Display" w:cstheme="majorHAnsi"/>
          <w:sz w:val="24"/>
          <w:szCs w:val="24"/>
        </w:rPr>
        <w:br/>
        <w:t>What is the main reason for creating or redesigning your website? (</w:t>
      </w:r>
      <w:proofErr w:type="gramStart"/>
      <w:r w:rsidRPr="00E11BCC">
        <w:rPr>
          <w:rFonts w:ascii="Degular Display" w:hAnsi="Degular Display" w:cstheme="majorHAnsi"/>
          <w:sz w:val="24"/>
          <w:szCs w:val="24"/>
        </w:rPr>
        <w:t>e.g.</w:t>
      </w:r>
      <w:proofErr w:type="gramEnd"/>
      <w:r w:rsidRPr="00E11BCC">
        <w:rPr>
          <w:rFonts w:ascii="Degular Display" w:hAnsi="Degular Display" w:cstheme="majorHAnsi"/>
          <w:sz w:val="24"/>
          <w:szCs w:val="24"/>
        </w:rPr>
        <w:t xml:space="preserve"> attract new clients, improve online presence, showcase products, etc.)</w:t>
      </w:r>
    </w:p>
    <w:p w14:paraId="4ACCE055" w14:textId="030D5937" w:rsidR="008919DA" w:rsidRPr="00E11BCC" w:rsidRDefault="00000000" w:rsidP="0097286F">
      <w:pPr>
        <w:pStyle w:val="Heading2"/>
        <w:numPr>
          <w:ilvl w:val="0"/>
          <w:numId w:val="17"/>
        </w:numPr>
        <w:rPr>
          <w:rFonts w:ascii="Degular Display" w:hAnsi="Degular Display" w:cstheme="majorHAnsi"/>
          <w:color w:val="063542"/>
          <w:sz w:val="24"/>
          <w:szCs w:val="24"/>
        </w:rPr>
      </w:pPr>
      <w:r w:rsidRPr="00E11BCC">
        <w:rPr>
          <w:rFonts w:ascii="Degular Display" w:hAnsi="Degular Display" w:cstheme="majorHAnsi"/>
          <w:color w:val="063542"/>
          <w:sz w:val="24"/>
          <w:szCs w:val="24"/>
        </w:rPr>
        <w:t>Project Goals &amp; Audience</w:t>
      </w:r>
    </w:p>
    <w:p w14:paraId="30C70268" w14:textId="77777777" w:rsidR="008919DA" w:rsidRPr="00E11BCC" w:rsidRDefault="00000000">
      <w:pPr>
        <w:rPr>
          <w:rFonts w:ascii="Degular Display" w:hAnsi="Degular Display" w:cstheme="majorHAnsi"/>
          <w:sz w:val="24"/>
          <w:szCs w:val="24"/>
        </w:rPr>
      </w:pPr>
      <w:r w:rsidRPr="00E11BCC">
        <w:rPr>
          <w:rFonts w:ascii="Degular Display" w:hAnsi="Degular Display" w:cstheme="majorHAnsi"/>
          <w:b/>
          <w:bCs/>
          <w:sz w:val="24"/>
          <w:szCs w:val="24"/>
        </w:rPr>
        <w:t>Current website (if available)</w:t>
      </w:r>
      <w:r w:rsidRPr="00E11BCC">
        <w:rPr>
          <w:rFonts w:ascii="Degular Display" w:hAnsi="Degular Display" w:cstheme="majorHAnsi"/>
          <w:b/>
          <w:bCs/>
          <w:sz w:val="24"/>
          <w:szCs w:val="24"/>
        </w:rPr>
        <w:br/>
      </w:r>
      <w:r w:rsidRPr="00E11BCC">
        <w:rPr>
          <w:rFonts w:ascii="Degular Display" w:hAnsi="Degular Display" w:cstheme="majorHAnsi"/>
          <w:sz w:val="24"/>
          <w:szCs w:val="24"/>
        </w:rPr>
        <w:t>Please share a link to your current website, along with any login details if needed for review.</w:t>
      </w:r>
    </w:p>
    <w:p w14:paraId="5DB42E57" w14:textId="362373EE" w:rsidR="008919DA" w:rsidRPr="00E11BCC" w:rsidRDefault="00000000">
      <w:pPr>
        <w:rPr>
          <w:rFonts w:ascii="Degular Display" w:hAnsi="Degular Display" w:cstheme="majorHAnsi"/>
          <w:sz w:val="24"/>
          <w:szCs w:val="24"/>
        </w:rPr>
      </w:pPr>
      <w:r w:rsidRPr="00E11BCC">
        <w:rPr>
          <w:rFonts w:ascii="Degular Display" w:hAnsi="Degular Display" w:cstheme="majorHAnsi"/>
          <w:b/>
          <w:bCs/>
          <w:sz w:val="24"/>
          <w:szCs w:val="24"/>
        </w:rPr>
        <w:t>Target group</w:t>
      </w:r>
      <w:r w:rsidRPr="00E11BCC">
        <w:rPr>
          <w:rFonts w:ascii="Degular Display" w:hAnsi="Degular Display" w:cstheme="majorHAnsi"/>
          <w:sz w:val="24"/>
          <w:szCs w:val="24"/>
        </w:rPr>
        <w:br/>
        <w:t>Who will be visiting your website? Briefly describe your main audience</w:t>
      </w:r>
      <w:r w:rsidR="00DD52DE" w:rsidRPr="00E11BCC">
        <w:rPr>
          <w:rFonts w:ascii="Degular Display" w:hAnsi="Degular Display" w:cstheme="majorHAnsi"/>
          <w:sz w:val="24"/>
          <w:szCs w:val="24"/>
        </w:rPr>
        <w:t>:</w:t>
      </w:r>
      <w:r w:rsidRPr="00E11BCC">
        <w:rPr>
          <w:rFonts w:ascii="Degular Display" w:hAnsi="Degular Display" w:cstheme="majorHAnsi"/>
          <w:sz w:val="24"/>
          <w:szCs w:val="24"/>
        </w:rPr>
        <w:t xml:space="preserve"> their profession, location, or what they are looking for.</w:t>
      </w:r>
    </w:p>
    <w:p w14:paraId="6F0036FE" w14:textId="038C94FF" w:rsidR="00C44441" w:rsidRPr="00E11BCC" w:rsidRDefault="00000000">
      <w:pPr>
        <w:rPr>
          <w:rFonts w:ascii="Degular Display" w:hAnsi="Degular Display" w:cstheme="majorHAnsi"/>
          <w:sz w:val="24"/>
          <w:szCs w:val="24"/>
        </w:rPr>
      </w:pPr>
      <w:r w:rsidRPr="00E11BCC">
        <w:rPr>
          <w:rFonts w:ascii="Degular Display" w:hAnsi="Degular Display" w:cstheme="majorHAnsi"/>
          <w:b/>
          <w:bCs/>
          <w:sz w:val="24"/>
          <w:szCs w:val="24"/>
        </w:rPr>
        <w:t>Competitors</w:t>
      </w:r>
      <w:r w:rsidRPr="00E11BCC">
        <w:rPr>
          <w:rFonts w:ascii="Degular Display" w:hAnsi="Degular Display" w:cstheme="majorHAnsi"/>
          <w:sz w:val="24"/>
          <w:szCs w:val="24"/>
        </w:rPr>
        <w:br/>
        <w:t>Please list your main competitors and include links to their websites. If possible, add a short note about what you like or dislike about their sites.</w:t>
      </w:r>
    </w:p>
    <w:p w14:paraId="433CBADA" w14:textId="0BD90A3A" w:rsidR="0097286F" w:rsidRPr="00E11BCC" w:rsidRDefault="0097286F">
      <w:pPr>
        <w:rPr>
          <w:rFonts w:ascii="Degular Display" w:hAnsi="Degular Display" w:cstheme="majorHAnsi"/>
          <w:sz w:val="24"/>
          <w:szCs w:val="24"/>
        </w:rPr>
      </w:pPr>
    </w:p>
    <w:p w14:paraId="2069FC0F" w14:textId="1CF78CA4" w:rsidR="0097286F" w:rsidRPr="00E11BCC" w:rsidRDefault="0097286F">
      <w:pPr>
        <w:rPr>
          <w:rFonts w:ascii="Degular Display" w:hAnsi="Degular Display" w:cstheme="majorHAnsi"/>
          <w:sz w:val="24"/>
          <w:szCs w:val="24"/>
        </w:rPr>
      </w:pPr>
    </w:p>
    <w:p w14:paraId="5FDB241A" w14:textId="7504DFF2" w:rsidR="0097286F" w:rsidRPr="00E11BCC" w:rsidRDefault="0097286F">
      <w:pPr>
        <w:rPr>
          <w:rFonts w:ascii="Degular Display" w:hAnsi="Degular Display" w:cstheme="majorHAnsi"/>
          <w:sz w:val="24"/>
          <w:szCs w:val="24"/>
        </w:rPr>
      </w:pPr>
    </w:p>
    <w:p w14:paraId="57103356" w14:textId="77777777" w:rsidR="0097286F" w:rsidRPr="00E11BCC" w:rsidRDefault="0097286F">
      <w:pPr>
        <w:rPr>
          <w:rFonts w:ascii="Degular Display" w:hAnsi="Degular Display" w:cstheme="majorHAnsi"/>
          <w:sz w:val="24"/>
          <w:szCs w:val="24"/>
        </w:rPr>
      </w:pPr>
    </w:p>
    <w:p w14:paraId="36F8ACD4" w14:textId="39603C85" w:rsidR="008919DA" w:rsidRPr="00E11BCC" w:rsidRDefault="00000000" w:rsidP="0097286F">
      <w:pPr>
        <w:pStyle w:val="Heading2"/>
        <w:numPr>
          <w:ilvl w:val="0"/>
          <w:numId w:val="17"/>
        </w:numPr>
        <w:rPr>
          <w:rFonts w:ascii="Degular Display" w:hAnsi="Degular Display" w:cstheme="majorHAnsi"/>
          <w:color w:val="063542"/>
          <w:sz w:val="24"/>
          <w:szCs w:val="24"/>
        </w:rPr>
      </w:pPr>
      <w:r w:rsidRPr="00E11BCC">
        <w:rPr>
          <w:rFonts w:ascii="Degular Display" w:hAnsi="Degular Display" w:cstheme="majorHAnsi"/>
          <w:color w:val="063542"/>
          <w:sz w:val="24"/>
          <w:szCs w:val="24"/>
        </w:rPr>
        <w:t>Design &amp; Content</w:t>
      </w:r>
    </w:p>
    <w:p w14:paraId="34565449" w14:textId="6EEC4FC8" w:rsidR="00C44441" w:rsidRPr="00E11BCC" w:rsidRDefault="00000000">
      <w:pPr>
        <w:rPr>
          <w:rFonts w:ascii="Degular Display" w:hAnsi="Degular Display" w:cstheme="majorHAnsi"/>
          <w:sz w:val="24"/>
          <w:szCs w:val="24"/>
        </w:rPr>
      </w:pPr>
      <w:r w:rsidRPr="00E11BCC">
        <w:rPr>
          <w:rFonts w:ascii="Degular Display" w:hAnsi="Degular Display" w:cstheme="majorHAnsi"/>
          <w:sz w:val="24"/>
          <w:szCs w:val="24"/>
        </w:rPr>
        <w:t xml:space="preserve">Do you have any existing brand guidelines (logos, colors, fonts, etc.)? </w:t>
      </w:r>
    </w:p>
    <w:p w14:paraId="5260B072" w14:textId="2C23CA5C" w:rsidR="00DD52DE" w:rsidRPr="00E11BCC" w:rsidRDefault="00000000">
      <w:pPr>
        <w:rPr>
          <w:rFonts w:ascii="Degular Display" w:hAnsi="Degular Display" w:cstheme="majorHAnsi"/>
          <w:sz w:val="24"/>
          <w:szCs w:val="24"/>
        </w:rPr>
      </w:pPr>
      <w:r w:rsidRPr="00E11BCC">
        <w:rPr>
          <w:rFonts w:ascii="Degular Display" w:hAnsi="Degular Display" w:cstheme="majorHAnsi"/>
          <w:sz w:val="24"/>
          <w:szCs w:val="24"/>
        </w:rPr>
        <w:t>Please describe how you imagine the style of your website.</w:t>
      </w:r>
      <w:r w:rsidR="00CB2A7F" w:rsidRPr="00E11BCC">
        <w:rPr>
          <w:rFonts w:ascii="Degular Display" w:hAnsi="Degular Display" w:cstheme="majorHAnsi"/>
          <w:sz w:val="24"/>
          <w:szCs w:val="24"/>
        </w:rPr>
        <w:t xml:space="preserve"> </w:t>
      </w:r>
      <w:r w:rsidRPr="00E11BCC">
        <w:rPr>
          <w:rFonts w:ascii="Degular Display" w:hAnsi="Degular Display" w:cstheme="majorHAnsi"/>
          <w:sz w:val="24"/>
          <w:szCs w:val="24"/>
        </w:rPr>
        <w:t>Examples:</w:t>
      </w:r>
    </w:p>
    <w:p w14:paraId="20A35C9C" w14:textId="77777777" w:rsidR="00DD52DE" w:rsidRPr="00E11BCC" w:rsidRDefault="00000000" w:rsidP="00DD52DE">
      <w:pPr>
        <w:pStyle w:val="ListParagraph"/>
        <w:numPr>
          <w:ilvl w:val="0"/>
          <w:numId w:val="12"/>
        </w:numPr>
        <w:rPr>
          <w:rFonts w:ascii="Degular Display" w:hAnsi="Degular Display" w:cstheme="majorHAnsi"/>
          <w:sz w:val="24"/>
          <w:szCs w:val="24"/>
        </w:rPr>
      </w:pPr>
      <w:r w:rsidRPr="00E11BCC">
        <w:rPr>
          <w:rFonts w:ascii="Degular Display" w:hAnsi="Degular Display" w:cstheme="majorHAnsi"/>
          <w:sz w:val="24"/>
          <w:szCs w:val="24"/>
        </w:rPr>
        <w:t>Modern and clean with subtle animatio</w:t>
      </w:r>
      <w:r w:rsidR="00DD52DE" w:rsidRPr="00E11BCC">
        <w:rPr>
          <w:rFonts w:ascii="Degular Display" w:hAnsi="Degular Display" w:cstheme="majorHAnsi"/>
          <w:sz w:val="24"/>
          <w:szCs w:val="24"/>
        </w:rPr>
        <w:t>n</w:t>
      </w:r>
    </w:p>
    <w:p w14:paraId="5FB950E3" w14:textId="77777777" w:rsidR="00DD52DE" w:rsidRPr="00E11BCC" w:rsidRDefault="00000000" w:rsidP="00DD52DE">
      <w:pPr>
        <w:pStyle w:val="ListParagraph"/>
        <w:numPr>
          <w:ilvl w:val="0"/>
          <w:numId w:val="12"/>
        </w:numPr>
        <w:rPr>
          <w:rFonts w:ascii="Degular Display" w:hAnsi="Degular Display" w:cstheme="majorHAnsi"/>
          <w:sz w:val="24"/>
          <w:szCs w:val="24"/>
        </w:rPr>
      </w:pPr>
      <w:r w:rsidRPr="00E11BCC">
        <w:rPr>
          <w:rFonts w:ascii="Degular Display" w:hAnsi="Degular Display" w:cstheme="majorHAnsi"/>
          <w:sz w:val="24"/>
          <w:szCs w:val="24"/>
        </w:rPr>
        <w:t>Natural colors inspired by our products</w:t>
      </w:r>
    </w:p>
    <w:p w14:paraId="2A1E42C1" w14:textId="673E6519" w:rsidR="008919DA" w:rsidRPr="00E11BCC" w:rsidRDefault="00000000" w:rsidP="00DD52DE">
      <w:pPr>
        <w:pStyle w:val="ListParagraph"/>
        <w:numPr>
          <w:ilvl w:val="0"/>
          <w:numId w:val="12"/>
        </w:numPr>
        <w:rPr>
          <w:rFonts w:ascii="Degular Display" w:hAnsi="Degular Display" w:cstheme="majorHAnsi"/>
          <w:sz w:val="24"/>
          <w:szCs w:val="24"/>
        </w:rPr>
      </w:pPr>
      <w:r w:rsidRPr="00E11BCC">
        <w:rPr>
          <w:rFonts w:ascii="Degular Display" w:hAnsi="Degular Display" w:cstheme="majorHAnsi"/>
          <w:sz w:val="24"/>
          <w:szCs w:val="24"/>
        </w:rPr>
        <w:t>Professional and trustworthy look</w:t>
      </w:r>
    </w:p>
    <w:p w14:paraId="65F3B875" w14:textId="3F20CEA8" w:rsidR="008919DA" w:rsidRPr="00E11BCC" w:rsidRDefault="00000000">
      <w:pPr>
        <w:rPr>
          <w:rFonts w:ascii="Degular Display" w:hAnsi="Degular Display" w:cstheme="majorHAnsi"/>
          <w:sz w:val="24"/>
          <w:szCs w:val="24"/>
        </w:rPr>
      </w:pPr>
      <w:r w:rsidRPr="00E11BCC">
        <w:rPr>
          <w:rFonts w:ascii="Degular Display" w:hAnsi="Degular Display" w:cstheme="majorHAnsi"/>
          <w:b/>
          <w:bCs/>
          <w:sz w:val="24"/>
          <w:szCs w:val="24"/>
        </w:rPr>
        <w:t>Inspiration links (optional)</w:t>
      </w:r>
      <w:r w:rsidRPr="00E11BCC">
        <w:rPr>
          <w:rFonts w:ascii="Degular Display" w:hAnsi="Degular Display" w:cstheme="majorHAnsi"/>
          <w:sz w:val="24"/>
          <w:szCs w:val="24"/>
        </w:rPr>
        <w:br/>
        <w:t>To help us understand your preferences, please share visual references such as websites, Pinterest boards</w:t>
      </w:r>
      <w:r w:rsidR="00DD52DE" w:rsidRPr="00E11BCC">
        <w:rPr>
          <w:rFonts w:ascii="Degular Display" w:hAnsi="Degular Display" w:cstheme="majorHAnsi"/>
          <w:sz w:val="24"/>
          <w:szCs w:val="24"/>
        </w:rPr>
        <w:t xml:space="preserve"> etc.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8919DA" w:rsidRPr="00E11BCC" w14:paraId="1E334717" w14:textId="77777777">
        <w:tc>
          <w:tcPr>
            <w:tcW w:w="4320" w:type="dxa"/>
          </w:tcPr>
          <w:p w14:paraId="51F8523F" w14:textId="6D45A010" w:rsidR="008919DA" w:rsidRPr="00E11BCC" w:rsidRDefault="00000000">
            <w:pPr>
              <w:rPr>
                <w:rFonts w:ascii="Degular Display" w:hAnsi="Degular Display" w:cstheme="majorHAnsi"/>
                <w:b/>
                <w:bCs/>
                <w:sz w:val="24"/>
                <w:szCs w:val="24"/>
              </w:rPr>
            </w:pPr>
            <w:r w:rsidRPr="00E11BCC">
              <w:rPr>
                <w:rFonts w:ascii="Degular Display" w:hAnsi="Degular Display" w:cstheme="majorHAnsi"/>
                <w:b/>
                <w:bCs/>
                <w:sz w:val="24"/>
                <w:szCs w:val="24"/>
              </w:rPr>
              <w:t>Websites I like (and what I like about them)</w:t>
            </w:r>
          </w:p>
        </w:tc>
        <w:tc>
          <w:tcPr>
            <w:tcW w:w="4320" w:type="dxa"/>
          </w:tcPr>
          <w:p w14:paraId="3E780A63" w14:textId="46F3CE7B" w:rsidR="008919DA" w:rsidRPr="00E11BCC" w:rsidRDefault="00000000">
            <w:pPr>
              <w:rPr>
                <w:rFonts w:ascii="Degular Display" w:hAnsi="Degular Display" w:cstheme="majorHAnsi"/>
                <w:b/>
                <w:bCs/>
                <w:sz w:val="24"/>
                <w:szCs w:val="24"/>
              </w:rPr>
            </w:pPr>
            <w:r w:rsidRPr="00E11BCC">
              <w:rPr>
                <w:rFonts w:ascii="Degular Display" w:hAnsi="Degular Display" w:cstheme="majorHAnsi"/>
                <w:b/>
                <w:bCs/>
                <w:sz w:val="24"/>
                <w:szCs w:val="24"/>
              </w:rPr>
              <w:t>Websites I don’t like (and what I’d avoid)</w:t>
            </w:r>
          </w:p>
        </w:tc>
      </w:tr>
      <w:tr w:rsidR="008919DA" w:rsidRPr="00E11BCC" w14:paraId="423FF7A1" w14:textId="77777777">
        <w:tc>
          <w:tcPr>
            <w:tcW w:w="4320" w:type="dxa"/>
          </w:tcPr>
          <w:p w14:paraId="303B1001" w14:textId="77777777" w:rsidR="008919DA" w:rsidRPr="00E11BCC" w:rsidRDefault="008919DA">
            <w:pPr>
              <w:rPr>
                <w:rFonts w:ascii="Degular Display" w:hAnsi="Degular Display" w:cstheme="majorHAnsi"/>
                <w:sz w:val="24"/>
                <w:szCs w:val="24"/>
              </w:rPr>
            </w:pPr>
          </w:p>
        </w:tc>
        <w:tc>
          <w:tcPr>
            <w:tcW w:w="4320" w:type="dxa"/>
          </w:tcPr>
          <w:p w14:paraId="64E1B740" w14:textId="77777777" w:rsidR="008919DA" w:rsidRPr="00E11BCC" w:rsidRDefault="008919DA">
            <w:pPr>
              <w:rPr>
                <w:rFonts w:ascii="Degular Display" w:hAnsi="Degular Display" w:cstheme="majorHAnsi"/>
                <w:sz w:val="24"/>
                <w:szCs w:val="24"/>
              </w:rPr>
            </w:pPr>
          </w:p>
        </w:tc>
      </w:tr>
      <w:tr w:rsidR="00DD52DE" w:rsidRPr="00E11BCC" w14:paraId="296278E9" w14:textId="77777777">
        <w:tc>
          <w:tcPr>
            <w:tcW w:w="4320" w:type="dxa"/>
          </w:tcPr>
          <w:p w14:paraId="6FD90823" w14:textId="003A8EB4" w:rsidR="00DD52DE" w:rsidRPr="00E11BCC" w:rsidRDefault="00DD52DE">
            <w:pPr>
              <w:rPr>
                <w:rFonts w:ascii="Degular Display" w:hAnsi="Degular Display" w:cstheme="majorHAnsi"/>
                <w:sz w:val="24"/>
                <w:szCs w:val="24"/>
              </w:rPr>
            </w:pPr>
          </w:p>
        </w:tc>
        <w:tc>
          <w:tcPr>
            <w:tcW w:w="4320" w:type="dxa"/>
          </w:tcPr>
          <w:p w14:paraId="741A209F" w14:textId="77777777" w:rsidR="00DD52DE" w:rsidRPr="00E11BCC" w:rsidRDefault="00DD52DE">
            <w:pPr>
              <w:rPr>
                <w:rFonts w:ascii="Degular Display" w:hAnsi="Degular Display" w:cstheme="majorHAnsi"/>
                <w:sz w:val="24"/>
                <w:szCs w:val="24"/>
              </w:rPr>
            </w:pPr>
          </w:p>
        </w:tc>
      </w:tr>
      <w:tr w:rsidR="00DD52DE" w:rsidRPr="00E11BCC" w14:paraId="1C2C6064" w14:textId="77777777">
        <w:tc>
          <w:tcPr>
            <w:tcW w:w="4320" w:type="dxa"/>
          </w:tcPr>
          <w:p w14:paraId="029425EC" w14:textId="77777777" w:rsidR="00DD52DE" w:rsidRPr="00E11BCC" w:rsidRDefault="00DD52DE">
            <w:pPr>
              <w:rPr>
                <w:rFonts w:ascii="Degular Display" w:hAnsi="Degular Display" w:cstheme="majorHAnsi"/>
                <w:sz w:val="24"/>
                <w:szCs w:val="24"/>
              </w:rPr>
            </w:pPr>
          </w:p>
        </w:tc>
        <w:tc>
          <w:tcPr>
            <w:tcW w:w="4320" w:type="dxa"/>
          </w:tcPr>
          <w:p w14:paraId="087F715B" w14:textId="77777777" w:rsidR="00DD52DE" w:rsidRPr="00E11BCC" w:rsidRDefault="00DD52DE">
            <w:pPr>
              <w:rPr>
                <w:rFonts w:ascii="Degular Display" w:hAnsi="Degular Display" w:cstheme="majorHAnsi"/>
                <w:sz w:val="24"/>
                <w:szCs w:val="24"/>
              </w:rPr>
            </w:pPr>
          </w:p>
        </w:tc>
      </w:tr>
      <w:tr w:rsidR="00DD52DE" w:rsidRPr="00E11BCC" w14:paraId="7542D529" w14:textId="77777777">
        <w:tc>
          <w:tcPr>
            <w:tcW w:w="4320" w:type="dxa"/>
          </w:tcPr>
          <w:p w14:paraId="12BAA84F" w14:textId="77777777" w:rsidR="00DD52DE" w:rsidRPr="00E11BCC" w:rsidRDefault="00DD52DE">
            <w:pPr>
              <w:rPr>
                <w:rFonts w:ascii="Degular Display" w:hAnsi="Degular Display" w:cstheme="majorHAnsi"/>
                <w:sz w:val="24"/>
                <w:szCs w:val="24"/>
              </w:rPr>
            </w:pPr>
          </w:p>
        </w:tc>
        <w:tc>
          <w:tcPr>
            <w:tcW w:w="4320" w:type="dxa"/>
          </w:tcPr>
          <w:p w14:paraId="1DD7A788" w14:textId="77777777" w:rsidR="00DD52DE" w:rsidRPr="00E11BCC" w:rsidRDefault="00DD52DE">
            <w:pPr>
              <w:rPr>
                <w:rFonts w:ascii="Degular Display" w:hAnsi="Degular Display" w:cstheme="majorHAnsi"/>
                <w:sz w:val="24"/>
                <w:szCs w:val="24"/>
              </w:rPr>
            </w:pPr>
          </w:p>
        </w:tc>
      </w:tr>
      <w:tr w:rsidR="00DD52DE" w:rsidRPr="00E11BCC" w14:paraId="22C510FD" w14:textId="77777777">
        <w:tc>
          <w:tcPr>
            <w:tcW w:w="4320" w:type="dxa"/>
          </w:tcPr>
          <w:p w14:paraId="2CDC980E" w14:textId="77777777" w:rsidR="00DD52DE" w:rsidRPr="00E11BCC" w:rsidRDefault="00DD52DE">
            <w:pPr>
              <w:rPr>
                <w:rFonts w:ascii="Degular Display" w:hAnsi="Degular Display" w:cstheme="majorHAnsi"/>
                <w:sz w:val="24"/>
                <w:szCs w:val="24"/>
              </w:rPr>
            </w:pPr>
          </w:p>
        </w:tc>
        <w:tc>
          <w:tcPr>
            <w:tcW w:w="4320" w:type="dxa"/>
          </w:tcPr>
          <w:p w14:paraId="25C21C51" w14:textId="77777777" w:rsidR="00DD52DE" w:rsidRPr="00E11BCC" w:rsidRDefault="00DD52DE">
            <w:pPr>
              <w:rPr>
                <w:rFonts w:ascii="Degular Display" w:hAnsi="Degular Display" w:cstheme="majorHAnsi"/>
                <w:sz w:val="24"/>
                <w:szCs w:val="24"/>
              </w:rPr>
            </w:pPr>
          </w:p>
        </w:tc>
      </w:tr>
    </w:tbl>
    <w:p w14:paraId="593F41F2" w14:textId="77777777" w:rsidR="0097286F" w:rsidRPr="00E11BCC" w:rsidRDefault="0097286F">
      <w:pPr>
        <w:rPr>
          <w:rFonts w:ascii="Degular Display" w:hAnsi="Degular Display" w:cstheme="majorHAnsi"/>
          <w:b/>
          <w:bCs/>
          <w:sz w:val="24"/>
          <w:szCs w:val="24"/>
        </w:rPr>
      </w:pPr>
    </w:p>
    <w:p w14:paraId="2B0BAC1D" w14:textId="5FE7C361" w:rsidR="008919DA" w:rsidRPr="00E11BCC" w:rsidRDefault="00000000">
      <w:pPr>
        <w:rPr>
          <w:rFonts w:ascii="Degular Display" w:hAnsi="Degular Display" w:cstheme="majorHAnsi"/>
          <w:sz w:val="24"/>
          <w:szCs w:val="24"/>
        </w:rPr>
      </w:pPr>
      <w:r w:rsidRPr="00E11BCC">
        <w:rPr>
          <w:rFonts w:ascii="Degular Display" w:hAnsi="Degular Display" w:cstheme="majorHAnsi"/>
          <w:b/>
          <w:bCs/>
          <w:sz w:val="24"/>
          <w:szCs w:val="24"/>
        </w:rPr>
        <w:t>Languages</w:t>
      </w:r>
      <w:r w:rsidRPr="00E11BCC">
        <w:rPr>
          <w:rFonts w:ascii="Degular Display" w:hAnsi="Degular Display" w:cstheme="majorHAnsi"/>
          <w:sz w:val="24"/>
          <w:szCs w:val="24"/>
        </w:rPr>
        <w:br/>
        <w:t>In how many languages should the website be available, and which ones?</w:t>
      </w:r>
    </w:p>
    <w:p w14:paraId="00A7005A" w14:textId="44F48CAE" w:rsidR="009B146D" w:rsidRPr="00E11BCC" w:rsidRDefault="00000000" w:rsidP="00CB2A7F">
      <w:pPr>
        <w:rPr>
          <w:rFonts w:ascii="Degular Display" w:hAnsi="Degular Display" w:cstheme="majorHAnsi"/>
          <w:sz w:val="24"/>
          <w:szCs w:val="24"/>
        </w:rPr>
      </w:pPr>
      <w:r w:rsidRPr="00E11BCC">
        <w:rPr>
          <w:rFonts w:ascii="Degular Display" w:hAnsi="Degular Display" w:cstheme="majorHAnsi"/>
          <w:b/>
          <w:bCs/>
          <w:sz w:val="24"/>
          <w:szCs w:val="24"/>
        </w:rPr>
        <w:t>Website Pages &amp; Structure</w:t>
      </w:r>
      <w:r w:rsidRPr="00E11BCC">
        <w:rPr>
          <w:rFonts w:ascii="Degular Display" w:hAnsi="Degular Display" w:cstheme="majorHAnsi"/>
          <w:sz w:val="24"/>
          <w:szCs w:val="24"/>
        </w:rPr>
        <w:br/>
        <w:t>Please list the main menu items and pages (or sections, if one long page)</w:t>
      </w:r>
      <w:r w:rsidR="00CB2A7F" w:rsidRPr="00E11BCC">
        <w:rPr>
          <w:rFonts w:ascii="Degular Display" w:hAnsi="Degular Display" w:cstheme="majorHAnsi"/>
          <w:sz w:val="24"/>
          <w:szCs w:val="24"/>
        </w:rPr>
        <w:t xml:space="preserve">. </w:t>
      </w:r>
      <w:r w:rsidR="00CB2A7F" w:rsidRPr="00E11BCC">
        <w:rPr>
          <w:rFonts w:ascii="Degular Display" w:hAnsi="Degular Display" w:cstheme="majorHAnsi"/>
          <w:i/>
          <w:iCs/>
          <w:sz w:val="24"/>
          <w:szCs w:val="24"/>
        </w:rPr>
        <w:t xml:space="preserve">Optional: </w:t>
      </w:r>
      <w:r w:rsidRPr="00E11BCC">
        <w:rPr>
          <w:rFonts w:ascii="Degular Display" w:hAnsi="Degular Display" w:cstheme="majorHAnsi"/>
          <w:i/>
          <w:iCs/>
          <w:sz w:val="24"/>
          <w:szCs w:val="24"/>
        </w:rPr>
        <w:t>describe briefly what each should include.</w:t>
      </w:r>
      <w:r w:rsidR="00CB2A7F" w:rsidRPr="00E11BCC">
        <w:rPr>
          <w:rFonts w:ascii="Degular Display" w:hAnsi="Degular Display" w:cstheme="majorHAnsi"/>
          <w:i/>
          <w:iCs/>
          <w:sz w:val="24"/>
          <w:szCs w:val="24"/>
        </w:rPr>
        <w:t xml:space="preserve"> </w:t>
      </w:r>
      <w:r w:rsidR="009B146D" w:rsidRPr="00E11BCC">
        <w:rPr>
          <w:rFonts w:ascii="Degular Display" w:hAnsi="Degular Display" w:cstheme="majorHAnsi"/>
          <w:i/>
          <w:iCs/>
          <w:sz w:val="24"/>
          <w:szCs w:val="24"/>
        </w:rPr>
        <w:t>Example:</w:t>
      </w:r>
    </w:p>
    <w:p w14:paraId="21C53C9C" w14:textId="77777777" w:rsidR="009B146D" w:rsidRPr="00E11BCC" w:rsidRDefault="009B146D" w:rsidP="009B146D">
      <w:pPr>
        <w:pStyle w:val="NoSpacing"/>
        <w:numPr>
          <w:ilvl w:val="0"/>
          <w:numId w:val="15"/>
        </w:numPr>
        <w:rPr>
          <w:rFonts w:ascii="Degular Display" w:hAnsi="Degular Display" w:cstheme="majorHAnsi"/>
          <w:i/>
          <w:iCs/>
          <w:sz w:val="24"/>
          <w:szCs w:val="24"/>
        </w:rPr>
      </w:pPr>
      <w:r w:rsidRPr="00E11BCC">
        <w:rPr>
          <w:rFonts w:ascii="Degular Display" w:hAnsi="Degular Display" w:cstheme="majorHAnsi"/>
          <w:i/>
          <w:iCs/>
          <w:sz w:val="24"/>
          <w:szCs w:val="24"/>
        </w:rPr>
        <w:t>Home - hero section, services overview, testimonials, CTA</w:t>
      </w:r>
    </w:p>
    <w:p w14:paraId="26B30431" w14:textId="77777777" w:rsidR="009B146D" w:rsidRPr="00E11BCC" w:rsidRDefault="009B146D" w:rsidP="009B146D">
      <w:pPr>
        <w:pStyle w:val="NoSpacing"/>
        <w:numPr>
          <w:ilvl w:val="0"/>
          <w:numId w:val="15"/>
        </w:numPr>
        <w:rPr>
          <w:rFonts w:ascii="Degular Display" w:hAnsi="Degular Display" w:cstheme="majorHAnsi"/>
          <w:i/>
          <w:iCs/>
          <w:sz w:val="24"/>
          <w:szCs w:val="24"/>
        </w:rPr>
      </w:pPr>
      <w:r w:rsidRPr="00E11BCC">
        <w:rPr>
          <w:rFonts w:ascii="Degular Display" w:hAnsi="Degular Display" w:cstheme="majorHAnsi"/>
          <w:i/>
          <w:iCs/>
          <w:sz w:val="24"/>
          <w:szCs w:val="24"/>
        </w:rPr>
        <w:t>About - company story, team, values</w:t>
      </w:r>
    </w:p>
    <w:p w14:paraId="3CB490C6" w14:textId="77777777" w:rsidR="009B146D" w:rsidRPr="00E11BCC" w:rsidRDefault="009B146D" w:rsidP="009B146D">
      <w:pPr>
        <w:pStyle w:val="NoSpacing"/>
        <w:numPr>
          <w:ilvl w:val="0"/>
          <w:numId w:val="15"/>
        </w:numPr>
        <w:rPr>
          <w:rFonts w:ascii="Degular Display" w:hAnsi="Degular Display" w:cstheme="majorHAnsi"/>
          <w:i/>
          <w:iCs/>
          <w:sz w:val="24"/>
          <w:szCs w:val="24"/>
        </w:rPr>
      </w:pPr>
      <w:r w:rsidRPr="00E11BCC">
        <w:rPr>
          <w:rFonts w:ascii="Degular Display" w:hAnsi="Degular Display" w:cstheme="majorHAnsi"/>
          <w:i/>
          <w:iCs/>
          <w:sz w:val="24"/>
          <w:szCs w:val="24"/>
        </w:rPr>
        <w:t>Services - detailed service descriptions</w:t>
      </w:r>
    </w:p>
    <w:p w14:paraId="3169A6FB" w14:textId="60AF64D2" w:rsidR="0097286F" w:rsidRPr="00E11BCC" w:rsidRDefault="009B146D" w:rsidP="009B146D">
      <w:pPr>
        <w:pStyle w:val="NoSpacing"/>
        <w:numPr>
          <w:ilvl w:val="0"/>
          <w:numId w:val="15"/>
        </w:numPr>
        <w:rPr>
          <w:rFonts w:ascii="Degular Display" w:hAnsi="Degular Display" w:cstheme="majorHAnsi"/>
          <w:i/>
          <w:iCs/>
          <w:sz w:val="24"/>
          <w:szCs w:val="24"/>
        </w:rPr>
      </w:pPr>
      <w:r w:rsidRPr="00E11BCC">
        <w:rPr>
          <w:rFonts w:ascii="Degular Display" w:hAnsi="Degular Display" w:cstheme="majorHAnsi"/>
          <w:i/>
          <w:iCs/>
          <w:sz w:val="24"/>
          <w:szCs w:val="24"/>
        </w:rPr>
        <w:t>Contact - form, map, opening hours</w:t>
      </w:r>
    </w:p>
    <w:p w14:paraId="4E93CE6D" w14:textId="2ADF16F1" w:rsidR="0097286F" w:rsidRDefault="0097286F" w:rsidP="009B146D">
      <w:pPr>
        <w:rPr>
          <w:rFonts w:ascii="Degular Display" w:hAnsi="Degular Display" w:cstheme="majorHAnsi"/>
          <w:sz w:val="24"/>
          <w:szCs w:val="24"/>
        </w:rPr>
      </w:pPr>
    </w:p>
    <w:p w14:paraId="4B7FDA31" w14:textId="77777777" w:rsidR="00E11BCC" w:rsidRPr="00E11BCC" w:rsidRDefault="00E11BCC" w:rsidP="009B146D">
      <w:pPr>
        <w:rPr>
          <w:rFonts w:ascii="Degular Display" w:hAnsi="Degular Display" w:cstheme="majorHAnsi"/>
          <w:sz w:val="24"/>
          <w:szCs w:val="24"/>
        </w:rPr>
      </w:pPr>
    </w:p>
    <w:p w14:paraId="001669A3" w14:textId="2B2C610E" w:rsidR="008919DA" w:rsidRPr="00E11BCC" w:rsidRDefault="00000000" w:rsidP="0097286F">
      <w:pPr>
        <w:pStyle w:val="ListParagraph"/>
        <w:numPr>
          <w:ilvl w:val="0"/>
          <w:numId w:val="17"/>
        </w:numPr>
        <w:rPr>
          <w:rFonts w:ascii="Degular Display" w:hAnsi="Degular Display" w:cstheme="majorHAnsi"/>
          <w:b/>
          <w:bCs/>
          <w:color w:val="063542"/>
          <w:sz w:val="24"/>
          <w:szCs w:val="24"/>
        </w:rPr>
      </w:pPr>
      <w:r w:rsidRPr="00E11BCC">
        <w:rPr>
          <w:rFonts w:ascii="Degular Display" w:hAnsi="Degular Display" w:cstheme="majorHAnsi"/>
          <w:b/>
          <w:bCs/>
          <w:color w:val="063542"/>
          <w:sz w:val="24"/>
          <w:szCs w:val="24"/>
        </w:rPr>
        <w:t>Features &amp; Functionality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8919DA" w:rsidRPr="00E11BCC" w14:paraId="75D5B335" w14:textId="77777777">
        <w:tc>
          <w:tcPr>
            <w:tcW w:w="2880" w:type="dxa"/>
          </w:tcPr>
          <w:p w14:paraId="76DF320E" w14:textId="77777777" w:rsidR="008919DA" w:rsidRPr="00E11BCC" w:rsidRDefault="00000000">
            <w:pPr>
              <w:rPr>
                <w:rFonts w:ascii="Degular Display" w:hAnsi="Degular Display" w:cstheme="majorHAnsi"/>
                <w:b/>
                <w:bCs/>
                <w:sz w:val="24"/>
                <w:szCs w:val="24"/>
              </w:rPr>
            </w:pPr>
            <w:r w:rsidRPr="00E11BCC">
              <w:rPr>
                <w:rFonts w:ascii="Degular Display" w:hAnsi="Degular Display" w:cstheme="majorHAnsi"/>
                <w:b/>
                <w:bCs/>
                <w:sz w:val="24"/>
                <w:szCs w:val="24"/>
              </w:rPr>
              <w:t>Feature</w:t>
            </w:r>
          </w:p>
        </w:tc>
        <w:tc>
          <w:tcPr>
            <w:tcW w:w="2880" w:type="dxa"/>
          </w:tcPr>
          <w:p w14:paraId="6B904ADB" w14:textId="77777777" w:rsidR="008919DA" w:rsidRPr="00E11BCC" w:rsidRDefault="00000000">
            <w:pPr>
              <w:rPr>
                <w:rFonts w:ascii="Degular Display" w:hAnsi="Degular Display" w:cstheme="majorHAnsi"/>
                <w:b/>
                <w:bCs/>
                <w:sz w:val="24"/>
                <w:szCs w:val="24"/>
              </w:rPr>
            </w:pPr>
            <w:r w:rsidRPr="00E11BCC">
              <w:rPr>
                <w:rFonts w:ascii="Degular Display" w:hAnsi="Degular Display" w:cstheme="majorHAnsi"/>
                <w:b/>
                <w:bCs/>
                <w:sz w:val="24"/>
                <w:szCs w:val="24"/>
              </w:rPr>
              <w:t>Yes / No</w:t>
            </w:r>
          </w:p>
        </w:tc>
        <w:tc>
          <w:tcPr>
            <w:tcW w:w="2880" w:type="dxa"/>
          </w:tcPr>
          <w:p w14:paraId="1994A048" w14:textId="77777777" w:rsidR="008919DA" w:rsidRPr="00E11BCC" w:rsidRDefault="00000000">
            <w:pPr>
              <w:rPr>
                <w:rFonts w:ascii="Degular Display" w:hAnsi="Degular Display" w:cstheme="majorHAnsi"/>
                <w:b/>
                <w:bCs/>
                <w:sz w:val="24"/>
                <w:szCs w:val="24"/>
              </w:rPr>
            </w:pPr>
            <w:r w:rsidRPr="00E11BCC">
              <w:rPr>
                <w:rFonts w:ascii="Degular Display" w:hAnsi="Degular Display" w:cstheme="majorHAnsi"/>
                <w:b/>
                <w:bCs/>
                <w:sz w:val="24"/>
                <w:szCs w:val="24"/>
              </w:rPr>
              <w:t>Notes</w:t>
            </w:r>
          </w:p>
        </w:tc>
      </w:tr>
      <w:tr w:rsidR="008919DA" w:rsidRPr="00E11BCC" w14:paraId="4CE54C02" w14:textId="77777777">
        <w:tc>
          <w:tcPr>
            <w:tcW w:w="2880" w:type="dxa"/>
          </w:tcPr>
          <w:p w14:paraId="2248FC48" w14:textId="77777777" w:rsidR="008919DA" w:rsidRPr="00E11BCC" w:rsidRDefault="00000000">
            <w:pPr>
              <w:rPr>
                <w:rFonts w:ascii="Degular Display" w:hAnsi="Degular Display" w:cstheme="majorHAnsi"/>
                <w:sz w:val="24"/>
                <w:szCs w:val="24"/>
              </w:rPr>
            </w:pPr>
            <w:r w:rsidRPr="00E11BCC">
              <w:rPr>
                <w:rFonts w:ascii="Degular Display" w:hAnsi="Degular Display" w:cstheme="majorHAnsi"/>
                <w:sz w:val="24"/>
                <w:szCs w:val="24"/>
              </w:rPr>
              <w:t>Newsletter signup</w:t>
            </w:r>
          </w:p>
        </w:tc>
        <w:tc>
          <w:tcPr>
            <w:tcW w:w="2880" w:type="dxa"/>
          </w:tcPr>
          <w:p w14:paraId="65030BBA" w14:textId="77777777" w:rsidR="008919DA" w:rsidRPr="00E11BCC" w:rsidRDefault="008919DA">
            <w:pPr>
              <w:rPr>
                <w:rFonts w:ascii="Degular Display" w:hAnsi="Degular Display" w:cstheme="majorHAnsi"/>
                <w:sz w:val="24"/>
                <w:szCs w:val="24"/>
              </w:rPr>
            </w:pPr>
          </w:p>
        </w:tc>
        <w:tc>
          <w:tcPr>
            <w:tcW w:w="2880" w:type="dxa"/>
          </w:tcPr>
          <w:p w14:paraId="40E5D9E7" w14:textId="77777777" w:rsidR="008919DA" w:rsidRPr="00E11BCC" w:rsidRDefault="008919DA">
            <w:pPr>
              <w:rPr>
                <w:rFonts w:ascii="Degular Display" w:hAnsi="Degular Display" w:cstheme="majorHAnsi"/>
                <w:sz w:val="24"/>
                <w:szCs w:val="24"/>
              </w:rPr>
            </w:pPr>
          </w:p>
        </w:tc>
      </w:tr>
      <w:tr w:rsidR="008919DA" w:rsidRPr="00E11BCC" w14:paraId="10619D65" w14:textId="77777777">
        <w:tc>
          <w:tcPr>
            <w:tcW w:w="2880" w:type="dxa"/>
          </w:tcPr>
          <w:p w14:paraId="13A1C172" w14:textId="77777777" w:rsidR="008919DA" w:rsidRPr="00E11BCC" w:rsidRDefault="00000000">
            <w:pPr>
              <w:rPr>
                <w:rFonts w:ascii="Degular Display" w:hAnsi="Degular Display" w:cstheme="majorHAnsi"/>
                <w:sz w:val="24"/>
                <w:szCs w:val="24"/>
              </w:rPr>
            </w:pPr>
            <w:r w:rsidRPr="00E11BCC">
              <w:rPr>
                <w:rFonts w:ascii="Degular Display" w:hAnsi="Degular Display" w:cstheme="majorHAnsi"/>
                <w:sz w:val="24"/>
                <w:szCs w:val="24"/>
              </w:rPr>
              <w:t>Blog / News section</w:t>
            </w:r>
          </w:p>
        </w:tc>
        <w:tc>
          <w:tcPr>
            <w:tcW w:w="2880" w:type="dxa"/>
          </w:tcPr>
          <w:p w14:paraId="3F86E84A" w14:textId="77777777" w:rsidR="008919DA" w:rsidRPr="00E11BCC" w:rsidRDefault="008919DA">
            <w:pPr>
              <w:rPr>
                <w:rFonts w:ascii="Degular Display" w:hAnsi="Degular Display" w:cstheme="majorHAnsi"/>
                <w:sz w:val="24"/>
                <w:szCs w:val="24"/>
              </w:rPr>
            </w:pPr>
          </w:p>
        </w:tc>
        <w:tc>
          <w:tcPr>
            <w:tcW w:w="2880" w:type="dxa"/>
          </w:tcPr>
          <w:p w14:paraId="358A295D" w14:textId="77777777" w:rsidR="008919DA" w:rsidRPr="00E11BCC" w:rsidRDefault="008919DA">
            <w:pPr>
              <w:rPr>
                <w:rFonts w:ascii="Degular Display" w:hAnsi="Degular Display" w:cstheme="majorHAnsi"/>
                <w:sz w:val="24"/>
                <w:szCs w:val="24"/>
              </w:rPr>
            </w:pPr>
          </w:p>
        </w:tc>
      </w:tr>
      <w:tr w:rsidR="008919DA" w:rsidRPr="00E11BCC" w14:paraId="7CD4C073" w14:textId="77777777">
        <w:tc>
          <w:tcPr>
            <w:tcW w:w="2880" w:type="dxa"/>
          </w:tcPr>
          <w:p w14:paraId="0BDFDF8C" w14:textId="77777777" w:rsidR="008919DA" w:rsidRPr="00E11BCC" w:rsidRDefault="00000000">
            <w:pPr>
              <w:rPr>
                <w:rFonts w:ascii="Degular Display" w:hAnsi="Degular Display" w:cstheme="majorHAnsi"/>
                <w:sz w:val="24"/>
                <w:szCs w:val="24"/>
              </w:rPr>
            </w:pPr>
            <w:r w:rsidRPr="00E11BCC">
              <w:rPr>
                <w:rFonts w:ascii="Degular Display" w:hAnsi="Degular Display" w:cstheme="majorHAnsi"/>
                <w:sz w:val="24"/>
                <w:szCs w:val="24"/>
              </w:rPr>
              <w:t>User login or registration</w:t>
            </w:r>
          </w:p>
        </w:tc>
        <w:tc>
          <w:tcPr>
            <w:tcW w:w="2880" w:type="dxa"/>
          </w:tcPr>
          <w:p w14:paraId="268FA5A6" w14:textId="77777777" w:rsidR="008919DA" w:rsidRPr="00E11BCC" w:rsidRDefault="008919DA">
            <w:pPr>
              <w:rPr>
                <w:rFonts w:ascii="Degular Display" w:hAnsi="Degular Display" w:cstheme="majorHAnsi"/>
                <w:sz w:val="24"/>
                <w:szCs w:val="24"/>
              </w:rPr>
            </w:pPr>
          </w:p>
        </w:tc>
        <w:tc>
          <w:tcPr>
            <w:tcW w:w="2880" w:type="dxa"/>
          </w:tcPr>
          <w:p w14:paraId="6FD29616" w14:textId="77777777" w:rsidR="008919DA" w:rsidRPr="00E11BCC" w:rsidRDefault="008919DA">
            <w:pPr>
              <w:rPr>
                <w:rFonts w:ascii="Degular Display" w:hAnsi="Degular Display" w:cstheme="majorHAnsi"/>
                <w:sz w:val="24"/>
                <w:szCs w:val="24"/>
              </w:rPr>
            </w:pPr>
          </w:p>
        </w:tc>
      </w:tr>
      <w:tr w:rsidR="008919DA" w:rsidRPr="00E11BCC" w14:paraId="4A8CDBA4" w14:textId="77777777">
        <w:tc>
          <w:tcPr>
            <w:tcW w:w="2880" w:type="dxa"/>
          </w:tcPr>
          <w:p w14:paraId="08E802BA" w14:textId="77777777" w:rsidR="008919DA" w:rsidRPr="00E11BCC" w:rsidRDefault="00000000">
            <w:pPr>
              <w:rPr>
                <w:rFonts w:ascii="Degular Display" w:hAnsi="Degular Display" w:cstheme="majorHAnsi"/>
                <w:sz w:val="24"/>
                <w:szCs w:val="24"/>
              </w:rPr>
            </w:pPr>
            <w:r w:rsidRPr="00E11BCC">
              <w:rPr>
                <w:rFonts w:ascii="Degular Display" w:hAnsi="Degular Display" w:cstheme="majorHAnsi"/>
                <w:sz w:val="24"/>
                <w:szCs w:val="24"/>
              </w:rPr>
              <w:t>File upload / download</w:t>
            </w:r>
          </w:p>
        </w:tc>
        <w:tc>
          <w:tcPr>
            <w:tcW w:w="2880" w:type="dxa"/>
          </w:tcPr>
          <w:p w14:paraId="47BD524A" w14:textId="77777777" w:rsidR="008919DA" w:rsidRPr="00E11BCC" w:rsidRDefault="008919DA">
            <w:pPr>
              <w:rPr>
                <w:rFonts w:ascii="Degular Display" w:hAnsi="Degular Display" w:cstheme="majorHAnsi"/>
                <w:sz w:val="24"/>
                <w:szCs w:val="24"/>
              </w:rPr>
            </w:pPr>
          </w:p>
        </w:tc>
        <w:tc>
          <w:tcPr>
            <w:tcW w:w="2880" w:type="dxa"/>
          </w:tcPr>
          <w:p w14:paraId="450ACDFA" w14:textId="77777777" w:rsidR="008919DA" w:rsidRPr="00E11BCC" w:rsidRDefault="008919DA">
            <w:pPr>
              <w:rPr>
                <w:rFonts w:ascii="Degular Display" w:hAnsi="Degular Display" w:cstheme="majorHAnsi"/>
                <w:sz w:val="24"/>
                <w:szCs w:val="24"/>
              </w:rPr>
            </w:pPr>
          </w:p>
        </w:tc>
      </w:tr>
      <w:tr w:rsidR="008919DA" w:rsidRPr="00E11BCC" w14:paraId="3AD1D93B" w14:textId="77777777">
        <w:tc>
          <w:tcPr>
            <w:tcW w:w="2880" w:type="dxa"/>
          </w:tcPr>
          <w:p w14:paraId="18D30B08" w14:textId="77777777" w:rsidR="008919DA" w:rsidRPr="00E11BCC" w:rsidRDefault="00000000">
            <w:pPr>
              <w:rPr>
                <w:rFonts w:ascii="Degular Display" w:hAnsi="Degular Display" w:cstheme="majorHAnsi"/>
                <w:sz w:val="24"/>
                <w:szCs w:val="24"/>
              </w:rPr>
            </w:pPr>
            <w:r w:rsidRPr="00E11BCC">
              <w:rPr>
                <w:rFonts w:ascii="Degular Display" w:hAnsi="Degular Display" w:cstheme="majorHAnsi"/>
                <w:sz w:val="24"/>
                <w:szCs w:val="24"/>
              </w:rPr>
              <w:t>Online shop (e-commerce)</w:t>
            </w:r>
          </w:p>
        </w:tc>
        <w:tc>
          <w:tcPr>
            <w:tcW w:w="2880" w:type="dxa"/>
          </w:tcPr>
          <w:p w14:paraId="735AED52" w14:textId="77777777" w:rsidR="008919DA" w:rsidRPr="00E11BCC" w:rsidRDefault="008919DA">
            <w:pPr>
              <w:rPr>
                <w:rFonts w:ascii="Degular Display" w:hAnsi="Degular Display" w:cstheme="majorHAnsi"/>
                <w:sz w:val="24"/>
                <w:szCs w:val="24"/>
              </w:rPr>
            </w:pPr>
          </w:p>
        </w:tc>
        <w:tc>
          <w:tcPr>
            <w:tcW w:w="2880" w:type="dxa"/>
          </w:tcPr>
          <w:p w14:paraId="024F6492" w14:textId="77777777" w:rsidR="008919DA" w:rsidRPr="00E11BCC" w:rsidRDefault="008919DA">
            <w:pPr>
              <w:rPr>
                <w:rFonts w:ascii="Degular Display" w:hAnsi="Degular Display" w:cstheme="majorHAnsi"/>
                <w:sz w:val="24"/>
                <w:szCs w:val="24"/>
              </w:rPr>
            </w:pPr>
          </w:p>
        </w:tc>
      </w:tr>
      <w:tr w:rsidR="009B146D" w:rsidRPr="00E11BCC" w14:paraId="451AE63E" w14:textId="77777777">
        <w:tc>
          <w:tcPr>
            <w:tcW w:w="2880" w:type="dxa"/>
          </w:tcPr>
          <w:p w14:paraId="07BD85A6" w14:textId="731639E7" w:rsidR="009B146D" w:rsidRPr="00E11BCC" w:rsidRDefault="009B146D">
            <w:pPr>
              <w:rPr>
                <w:rFonts w:ascii="Degular Display" w:hAnsi="Degular Display" w:cstheme="majorHAnsi"/>
                <w:sz w:val="24"/>
                <w:szCs w:val="24"/>
              </w:rPr>
            </w:pPr>
            <w:r w:rsidRPr="00E11BCC">
              <w:rPr>
                <w:rFonts w:ascii="Degular Display" w:hAnsi="Degular Display" w:cstheme="majorHAnsi"/>
                <w:sz w:val="24"/>
                <w:szCs w:val="24"/>
              </w:rPr>
              <w:t>Payment gateway (specify: Stripe, PayPal, etc.)</w:t>
            </w:r>
          </w:p>
        </w:tc>
        <w:tc>
          <w:tcPr>
            <w:tcW w:w="2880" w:type="dxa"/>
          </w:tcPr>
          <w:p w14:paraId="0CBCD6D9" w14:textId="77777777" w:rsidR="009B146D" w:rsidRPr="00E11BCC" w:rsidRDefault="009B146D">
            <w:pPr>
              <w:rPr>
                <w:rFonts w:ascii="Degular Display" w:hAnsi="Degular Display" w:cstheme="majorHAnsi"/>
                <w:sz w:val="24"/>
                <w:szCs w:val="24"/>
              </w:rPr>
            </w:pPr>
          </w:p>
        </w:tc>
        <w:tc>
          <w:tcPr>
            <w:tcW w:w="2880" w:type="dxa"/>
          </w:tcPr>
          <w:p w14:paraId="438AF662" w14:textId="77777777" w:rsidR="009B146D" w:rsidRPr="00E11BCC" w:rsidRDefault="009B146D">
            <w:pPr>
              <w:rPr>
                <w:rFonts w:ascii="Degular Display" w:hAnsi="Degular Display" w:cstheme="majorHAnsi"/>
                <w:sz w:val="24"/>
                <w:szCs w:val="24"/>
              </w:rPr>
            </w:pPr>
          </w:p>
        </w:tc>
      </w:tr>
      <w:tr w:rsidR="008919DA" w:rsidRPr="00E11BCC" w14:paraId="43059B9F" w14:textId="77777777">
        <w:tc>
          <w:tcPr>
            <w:tcW w:w="2880" w:type="dxa"/>
          </w:tcPr>
          <w:p w14:paraId="1F877C03" w14:textId="77777777" w:rsidR="008919DA" w:rsidRPr="00E11BCC" w:rsidRDefault="00000000">
            <w:pPr>
              <w:rPr>
                <w:rFonts w:ascii="Degular Display" w:hAnsi="Degular Display" w:cstheme="majorHAnsi"/>
                <w:sz w:val="24"/>
                <w:szCs w:val="24"/>
              </w:rPr>
            </w:pPr>
            <w:r w:rsidRPr="00E11BCC">
              <w:rPr>
                <w:rFonts w:ascii="Degular Display" w:hAnsi="Degular Display" w:cstheme="majorHAnsi"/>
                <w:sz w:val="24"/>
                <w:szCs w:val="24"/>
              </w:rPr>
              <w:t>Booking or calendar system</w:t>
            </w:r>
          </w:p>
        </w:tc>
        <w:tc>
          <w:tcPr>
            <w:tcW w:w="2880" w:type="dxa"/>
          </w:tcPr>
          <w:p w14:paraId="2BAD45D3" w14:textId="77777777" w:rsidR="008919DA" w:rsidRPr="00E11BCC" w:rsidRDefault="008919DA">
            <w:pPr>
              <w:rPr>
                <w:rFonts w:ascii="Degular Display" w:hAnsi="Degular Display" w:cstheme="majorHAnsi"/>
                <w:sz w:val="24"/>
                <w:szCs w:val="24"/>
              </w:rPr>
            </w:pPr>
          </w:p>
        </w:tc>
        <w:tc>
          <w:tcPr>
            <w:tcW w:w="2880" w:type="dxa"/>
          </w:tcPr>
          <w:p w14:paraId="315C751D" w14:textId="77777777" w:rsidR="008919DA" w:rsidRPr="00E11BCC" w:rsidRDefault="008919DA">
            <w:pPr>
              <w:rPr>
                <w:rFonts w:ascii="Degular Display" w:hAnsi="Degular Display" w:cstheme="majorHAnsi"/>
                <w:sz w:val="24"/>
                <w:szCs w:val="24"/>
              </w:rPr>
            </w:pPr>
          </w:p>
        </w:tc>
      </w:tr>
      <w:tr w:rsidR="009B146D" w:rsidRPr="00E11BCC" w14:paraId="40474111" w14:textId="77777777">
        <w:tc>
          <w:tcPr>
            <w:tcW w:w="2880" w:type="dxa"/>
          </w:tcPr>
          <w:p w14:paraId="16A7B6FD" w14:textId="007BD58C" w:rsidR="009B146D" w:rsidRPr="00E11BCC" w:rsidRDefault="009B146D">
            <w:pPr>
              <w:rPr>
                <w:rFonts w:ascii="Degular Display" w:hAnsi="Degular Display" w:cstheme="majorHAnsi"/>
                <w:sz w:val="24"/>
                <w:szCs w:val="24"/>
              </w:rPr>
            </w:pPr>
            <w:r w:rsidRPr="00E11BCC">
              <w:rPr>
                <w:rFonts w:ascii="Degular Display" w:hAnsi="Degular Display" w:cstheme="majorHAnsi"/>
                <w:sz w:val="24"/>
                <w:szCs w:val="24"/>
              </w:rPr>
              <w:t>Live chat integration</w:t>
            </w:r>
          </w:p>
        </w:tc>
        <w:tc>
          <w:tcPr>
            <w:tcW w:w="2880" w:type="dxa"/>
          </w:tcPr>
          <w:p w14:paraId="3B23CA26" w14:textId="77777777" w:rsidR="009B146D" w:rsidRPr="00E11BCC" w:rsidRDefault="009B146D">
            <w:pPr>
              <w:rPr>
                <w:rFonts w:ascii="Degular Display" w:hAnsi="Degular Display" w:cstheme="majorHAnsi"/>
                <w:sz w:val="24"/>
                <w:szCs w:val="24"/>
              </w:rPr>
            </w:pPr>
          </w:p>
        </w:tc>
        <w:tc>
          <w:tcPr>
            <w:tcW w:w="2880" w:type="dxa"/>
          </w:tcPr>
          <w:p w14:paraId="670EDD28" w14:textId="77777777" w:rsidR="009B146D" w:rsidRPr="00E11BCC" w:rsidRDefault="009B146D">
            <w:pPr>
              <w:rPr>
                <w:rFonts w:ascii="Degular Display" w:hAnsi="Degular Display" w:cstheme="majorHAnsi"/>
                <w:sz w:val="24"/>
                <w:szCs w:val="24"/>
              </w:rPr>
            </w:pPr>
          </w:p>
        </w:tc>
      </w:tr>
      <w:tr w:rsidR="008919DA" w:rsidRPr="00E11BCC" w14:paraId="355105E3" w14:textId="77777777" w:rsidTr="00C44441">
        <w:trPr>
          <w:trHeight w:val="1160"/>
        </w:trPr>
        <w:tc>
          <w:tcPr>
            <w:tcW w:w="2880" w:type="dxa"/>
          </w:tcPr>
          <w:p w14:paraId="3DFCAB8A" w14:textId="3BE8622A" w:rsidR="008919DA" w:rsidRPr="00E11BCC" w:rsidRDefault="009B146D">
            <w:pPr>
              <w:rPr>
                <w:rFonts w:ascii="Degular Display" w:hAnsi="Degular Display" w:cstheme="majorHAnsi"/>
                <w:sz w:val="24"/>
                <w:szCs w:val="24"/>
              </w:rPr>
            </w:pPr>
            <w:r w:rsidRPr="00E11BCC">
              <w:rPr>
                <w:rFonts w:ascii="Degular Display" w:hAnsi="Degular Display" w:cstheme="majorHAnsi"/>
                <w:sz w:val="24"/>
                <w:szCs w:val="24"/>
              </w:rPr>
              <w:t>Third-party integrations (CRM, etc.)</w:t>
            </w:r>
          </w:p>
        </w:tc>
        <w:tc>
          <w:tcPr>
            <w:tcW w:w="2880" w:type="dxa"/>
          </w:tcPr>
          <w:p w14:paraId="214D9BA9" w14:textId="77777777" w:rsidR="008919DA" w:rsidRPr="00E11BCC" w:rsidRDefault="008919DA">
            <w:pPr>
              <w:rPr>
                <w:rFonts w:ascii="Degular Display" w:hAnsi="Degular Display" w:cstheme="majorHAnsi"/>
                <w:sz w:val="24"/>
                <w:szCs w:val="24"/>
              </w:rPr>
            </w:pPr>
          </w:p>
        </w:tc>
        <w:tc>
          <w:tcPr>
            <w:tcW w:w="2880" w:type="dxa"/>
          </w:tcPr>
          <w:p w14:paraId="395963A8" w14:textId="77777777" w:rsidR="008919DA" w:rsidRPr="00E11BCC" w:rsidRDefault="008919DA">
            <w:pPr>
              <w:rPr>
                <w:rFonts w:ascii="Degular Display" w:hAnsi="Degular Display" w:cstheme="majorHAnsi"/>
                <w:sz w:val="24"/>
                <w:szCs w:val="24"/>
              </w:rPr>
            </w:pPr>
          </w:p>
        </w:tc>
      </w:tr>
      <w:tr w:rsidR="009B146D" w:rsidRPr="00E11BCC" w14:paraId="1D1EE559" w14:textId="77777777">
        <w:tc>
          <w:tcPr>
            <w:tcW w:w="2880" w:type="dxa"/>
          </w:tcPr>
          <w:p w14:paraId="7BC7E267" w14:textId="72307A79" w:rsidR="009B146D" w:rsidRPr="00E11BCC" w:rsidRDefault="009B146D">
            <w:pPr>
              <w:rPr>
                <w:rFonts w:ascii="Degular Display" w:hAnsi="Degular Display" w:cstheme="majorHAnsi"/>
                <w:sz w:val="24"/>
                <w:szCs w:val="24"/>
              </w:rPr>
            </w:pPr>
            <w:r w:rsidRPr="00E11BCC">
              <w:rPr>
                <w:rFonts w:ascii="Degular Display" w:hAnsi="Degular Display" w:cstheme="majorHAnsi"/>
                <w:sz w:val="24"/>
                <w:szCs w:val="24"/>
              </w:rPr>
              <w:t>Email marketing integration (Mailchimp, etc.)</w:t>
            </w:r>
          </w:p>
        </w:tc>
        <w:tc>
          <w:tcPr>
            <w:tcW w:w="2880" w:type="dxa"/>
          </w:tcPr>
          <w:p w14:paraId="3E457551" w14:textId="77777777" w:rsidR="009B146D" w:rsidRPr="00E11BCC" w:rsidRDefault="009B146D">
            <w:pPr>
              <w:rPr>
                <w:rFonts w:ascii="Degular Display" w:hAnsi="Degular Display" w:cstheme="majorHAnsi"/>
                <w:sz w:val="24"/>
                <w:szCs w:val="24"/>
              </w:rPr>
            </w:pPr>
          </w:p>
        </w:tc>
        <w:tc>
          <w:tcPr>
            <w:tcW w:w="2880" w:type="dxa"/>
          </w:tcPr>
          <w:p w14:paraId="09B26D7C" w14:textId="77777777" w:rsidR="009B146D" w:rsidRPr="00E11BCC" w:rsidRDefault="009B146D">
            <w:pPr>
              <w:rPr>
                <w:rFonts w:ascii="Degular Display" w:hAnsi="Degular Display" w:cstheme="majorHAnsi"/>
                <w:sz w:val="24"/>
                <w:szCs w:val="24"/>
              </w:rPr>
            </w:pPr>
          </w:p>
        </w:tc>
      </w:tr>
      <w:tr w:rsidR="008919DA" w:rsidRPr="00E11BCC" w14:paraId="16325DA1" w14:textId="77777777">
        <w:tc>
          <w:tcPr>
            <w:tcW w:w="2880" w:type="dxa"/>
          </w:tcPr>
          <w:p w14:paraId="005BB7DA" w14:textId="77777777" w:rsidR="008919DA" w:rsidRPr="00E11BCC" w:rsidRDefault="00000000">
            <w:pPr>
              <w:rPr>
                <w:rFonts w:ascii="Degular Display" w:hAnsi="Degular Display" w:cstheme="majorHAnsi"/>
                <w:sz w:val="24"/>
                <w:szCs w:val="24"/>
              </w:rPr>
            </w:pPr>
            <w:r w:rsidRPr="00E11BCC">
              <w:rPr>
                <w:rFonts w:ascii="Degular Display" w:hAnsi="Degular Display" w:cstheme="majorHAnsi"/>
                <w:sz w:val="24"/>
                <w:szCs w:val="24"/>
              </w:rPr>
              <w:t>Search function</w:t>
            </w:r>
          </w:p>
        </w:tc>
        <w:tc>
          <w:tcPr>
            <w:tcW w:w="2880" w:type="dxa"/>
          </w:tcPr>
          <w:p w14:paraId="59A8C643" w14:textId="77777777" w:rsidR="008919DA" w:rsidRPr="00E11BCC" w:rsidRDefault="008919DA">
            <w:pPr>
              <w:rPr>
                <w:rFonts w:ascii="Degular Display" w:hAnsi="Degular Display" w:cstheme="majorHAnsi"/>
                <w:sz w:val="24"/>
                <w:szCs w:val="24"/>
              </w:rPr>
            </w:pPr>
          </w:p>
        </w:tc>
        <w:tc>
          <w:tcPr>
            <w:tcW w:w="2880" w:type="dxa"/>
          </w:tcPr>
          <w:p w14:paraId="3ACAEEA7" w14:textId="77777777" w:rsidR="008919DA" w:rsidRPr="00E11BCC" w:rsidRDefault="008919DA">
            <w:pPr>
              <w:rPr>
                <w:rFonts w:ascii="Degular Display" w:hAnsi="Degular Display" w:cstheme="majorHAnsi"/>
                <w:sz w:val="24"/>
                <w:szCs w:val="24"/>
              </w:rPr>
            </w:pPr>
          </w:p>
        </w:tc>
      </w:tr>
      <w:tr w:rsidR="008919DA" w:rsidRPr="00E11BCC" w14:paraId="372B28F6" w14:textId="77777777">
        <w:tc>
          <w:tcPr>
            <w:tcW w:w="2880" w:type="dxa"/>
          </w:tcPr>
          <w:p w14:paraId="253E9E9D" w14:textId="77777777" w:rsidR="008919DA" w:rsidRPr="00E11BCC" w:rsidRDefault="00000000">
            <w:pPr>
              <w:rPr>
                <w:rFonts w:ascii="Degular Display" w:hAnsi="Degular Display" w:cstheme="majorHAnsi"/>
                <w:sz w:val="24"/>
                <w:szCs w:val="24"/>
              </w:rPr>
            </w:pPr>
            <w:r w:rsidRPr="00E11BCC">
              <w:rPr>
                <w:rFonts w:ascii="Degular Display" w:hAnsi="Degular Display" w:cstheme="majorHAnsi"/>
                <w:sz w:val="24"/>
                <w:szCs w:val="24"/>
              </w:rPr>
              <w:t>Other</w:t>
            </w:r>
          </w:p>
        </w:tc>
        <w:tc>
          <w:tcPr>
            <w:tcW w:w="2880" w:type="dxa"/>
          </w:tcPr>
          <w:p w14:paraId="6E57BE8E" w14:textId="77777777" w:rsidR="008919DA" w:rsidRPr="00E11BCC" w:rsidRDefault="008919DA">
            <w:pPr>
              <w:rPr>
                <w:rFonts w:ascii="Degular Display" w:hAnsi="Degular Display" w:cstheme="majorHAnsi"/>
                <w:sz w:val="24"/>
                <w:szCs w:val="24"/>
              </w:rPr>
            </w:pPr>
          </w:p>
        </w:tc>
        <w:tc>
          <w:tcPr>
            <w:tcW w:w="2880" w:type="dxa"/>
          </w:tcPr>
          <w:p w14:paraId="37363F67" w14:textId="77777777" w:rsidR="008919DA" w:rsidRPr="00E11BCC" w:rsidRDefault="008919DA">
            <w:pPr>
              <w:rPr>
                <w:rFonts w:ascii="Degular Display" w:hAnsi="Degular Display" w:cstheme="majorHAnsi"/>
                <w:sz w:val="24"/>
                <w:szCs w:val="24"/>
              </w:rPr>
            </w:pPr>
          </w:p>
        </w:tc>
      </w:tr>
    </w:tbl>
    <w:p w14:paraId="482C5535" w14:textId="77777777" w:rsidR="00DD52DE" w:rsidRPr="00E11BCC" w:rsidRDefault="00DD52DE">
      <w:pPr>
        <w:rPr>
          <w:rFonts w:ascii="Degular Display" w:hAnsi="Degular Display" w:cstheme="majorHAnsi"/>
          <w:sz w:val="24"/>
          <w:szCs w:val="24"/>
        </w:rPr>
      </w:pPr>
    </w:p>
    <w:p w14:paraId="0E895B0F" w14:textId="176317A6" w:rsidR="0097286F" w:rsidRPr="00E11BCC" w:rsidRDefault="00000000">
      <w:pPr>
        <w:rPr>
          <w:rFonts w:ascii="Degular Display" w:hAnsi="Degular Display" w:cstheme="majorHAnsi"/>
          <w:sz w:val="24"/>
          <w:szCs w:val="24"/>
        </w:rPr>
      </w:pPr>
      <w:r w:rsidRPr="00E11BCC">
        <w:rPr>
          <w:rFonts w:ascii="Degular Display" w:hAnsi="Degular Display" w:cstheme="majorHAnsi"/>
          <w:b/>
          <w:bCs/>
          <w:sz w:val="24"/>
          <w:szCs w:val="24"/>
        </w:rPr>
        <w:t>Content management</w:t>
      </w:r>
      <w:r w:rsidRPr="00E11BCC">
        <w:rPr>
          <w:rFonts w:ascii="Degular Display" w:hAnsi="Degular Display" w:cstheme="majorHAnsi"/>
          <w:sz w:val="24"/>
          <w:szCs w:val="24"/>
        </w:rPr>
        <w:br/>
        <w:t>All our Webflow websites allow you to easily edit your content</w:t>
      </w:r>
      <w:r w:rsidR="00DD52DE" w:rsidRPr="00E11BCC">
        <w:rPr>
          <w:rFonts w:ascii="Degular Display" w:hAnsi="Degular Display" w:cstheme="majorHAnsi"/>
          <w:sz w:val="24"/>
          <w:szCs w:val="24"/>
        </w:rPr>
        <w:t>:</w:t>
      </w:r>
      <w:r w:rsidRPr="00E11BCC">
        <w:rPr>
          <w:rFonts w:ascii="Degular Display" w:hAnsi="Degular Display" w:cstheme="majorHAnsi"/>
          <w:sz w:val="24"/>
          <w:szCs w:val="24"/>
        </w:rPr>
        <w:t xml:space="preserve"> text, images, blog posts, or pages without coding. Please let us know what kind of edits you’d like to handle yourself.</w:t>
      </w:r>
    </w:p>
    <w:p w14:paraId="618AD381" w14:textId="64791BA5" w:rsidR="008919DA" w:rsidRPr="00E11BCC" w:rsidRDefault="00000000" w:rsidP="0097286F">
      <w:pPr>
        <w:pStyle w:val="Heading2"/>
        <w:numPr>
          <w:ilvl w:val="0"/>
          <w:numId w:val="17"/>
        </w:numPr>
        <w:rPr>
          <w:rFonts w:ascii="Degular Display" w:hAnsi="Degular Display" w:cstheme="majorHAnsi"/>
          <w:color w:val="063542"/>
          <w:sz w:val="24"/>
          <w:szCs w:val="24"/>
        </w:rPr>
      </w:pPr>
      <w:r w:rsidRPr="00E11BCC">
        <w:rPr>
          <w:rFonts w:ascii="Degular Display" w:hAnsi="Degular Display" w:cstheme="majorHAnsi"/>
          <w:color w:val="063542"/>
          <w:sz w:val="24"/>
          <w:szCs w:val="24"/>
        </w:rPr>
        <w:t>Migration</w:t>
      </w:r>
    </w:p>
    <w:p w14:paraId="25E0DFF8" w14:textId="4F8EEBEF" w:rsidR="008919DA" w:rsidRPr="00E11BCC" w:rsidRDefault="00000000">
      <w:pPr>
        <w:rPr>
          <w:rFonts w:ascii="Degular Display" w:hAnsi="Degular Display" w:cstheme="majorHAnsi"/>
          <w:sz w:val="24"/>
          <w:szCs w:val="24"/>
        </w:rPr>
      </w:pPr>
      <w:r w:rsidRPr="00E11BCC">
        <w:rPr>
          <w:rFonts w:ascii="Degular Display" w:hAnsi="Degular Display" w:cstheme="majorHAnsi"/>
          <w:sz w:val="24"/>
          <w:szCs w:val="24"/>
        </w:rPr>
        <w:t>Do you want to migrate content from an existing website? Please describe how many and what type of pages should be migrated, and how much new content will be created.</w:t>
      </w:r>
    </w:p>
    <w:p w14:paraId="40083DCD" w14:textId="1737BFF6" w:rsidR="0097286F" w:rsidRPr="00E11BCC" w:rsidRDefault="0097286F">
      <w:pPr>
        <w:rPr>
          <w:rFonts w:ascii="Degular Display" w:hAnsi="Degular Display" w:cstheme="majorHAnsi"/>
          <w:sz w:val="24"/>
          <w:szCs w:val="24"/>
        </w:rPr>
      </w:pPr>
    </w:p>
    <w:p w14:paraId="50CBF5B7" w14:textId="3B9E53E8" w:rsidR="0097286F" w:rsidRPr="00E11BCC" w:rsidRDefault="0097286F">
      <w:pPr>
        <w:rPr>
          <w:rFonts w:ascii="Degular Display" w:hAnsi="Degular Display" w:cstheme="majorHAnsi"/>
          <w:sz w:val="24"/>
          <w:szCs w:val="24"/>
        </w:rPr>
      </w:pPr>
    </w:p>
    <w:p w14:paraId="4405D0BC" w14:textId="2E2593E4" w:rsidR="0097286F" w:rsidRPr="00E11BCC" w:rsidRDefault="0097286F">
      <w:pPr>
        <w:rPr>
          <w:rFonts w:ascii="Degular Display" w:hAnsi="Degular Display" w:cstheme="majorHAnsi"/>
          <w:sz w:val="24"/>
          <w:szCs w:val="24"/>
        </w:rPr>
      </w:pPr>
    </w:p>
    <w:p w14:paraId="72A75244" w14:textId="77777777" w:rsidR="0097286F" w:rsidRPr="00E11BCC" w:rsidRDefault="0097286F">
      <w:pPr>
        <w:rPr>
          <w:rFonts w:ascii="Degular Display" w:hAnsi="Degular Display" w:cstheme="majorHAnsi"/>
          <w:sz w:val="24"/>
          <w:szCs w:val="24"/>
        </w:rPr>
      </w:pPr>
    </w:p>
    <w:p w14:paraId="3EFCFA58" w14:textId="04A55E8D" w:rsidR="008919DA" w:rsidRPr="00E11BCC" w:rsidRDefault="00000000" w:rsidP="0097286F">
      <w:pPr>
        <w:pStyle w:val="Heading2"/>
        <w:numPr>
          <w:ilvl w:val="0"/>
          <w:numId w:val="17"/>
        </w:numPr>
        <w:rPr>
          <w:rFonts w:ascii="Degular Display" w:hAnsi="Degular Display" w:cstheme="majorHAnsi"/>
          <w:color w:val="063542"/>
          <w:sz w:val="24"/>
          <w:szCs w:val="24"/>
        </w:rPr>
      </w:pPr>
      <w:r w:rsidRPr="00E11BCC">
        <w:rPr>
          <w:rFonts w:ascii="Degular Display" w:hAnsi="Degular Display" w:cstheme="majorHAnsi"/>
          <w:color w:val="063542"/>
          <w:sz w:val="24"/>
          <w:szCs w:val="24"/>
        </w:rPr>
        <w:t>Technical &amp; Practical Details</w:t>
      </w:r>
    </w:p>
    <w:p w14:paraId="11B8F3E6" w14:textId="7FD8DD0D" w:rsidR="008919DA" w:rsidRPr="00E11BCC" w:rsidRDefault="00000000">
      <w:pPr>
        <w:rPr>
          <w:rFonts w:ascii="Degular Display" w:hAnsi="Degular Display" w:cstheme="majorHAnsi"/>
          <w:sz w:val="24"/>
          <w:szCs w:val="24"/>
        </w:rPr>
      </w:pPr>
      <w:r w:rsidRPr="00E11BCC">
        <w:rPr>
          <w:rFonts w:ascii="Degular Display" w:hAnsi="Degular Display" w:cstheme="majorHAnsi"/>
          <w:b/>
          <w:bCs/>
          <w:sz w:val="24"/>
          <w:szCs w:val="24"/>
        </w:rPr>
        <w:t>Domain &amp; hosting</w:t>
      </w:r>
      <w:r w:rsidRPr="00E11BCC">
        <w:rPr>
          <w:rFonts w:ascii="Degular Display" w:hAnsi="Degular Display" w:cstheme="majorHAnsi"/>
          <w:sz w:val="24"/>
          <w:szCs w:val="24"/>
        </w:rPr>
        <w:br/>
        <w:t>Do you already have a domain (your website address)? If not, we can help set it up</w:t>
      </w:r>
      <w:r w:rsidR="00DD52DE" w:rsidRPr="00E11BCC">
        <w:rPr>
          <w:rFonts w:ascii="Degular Display" w:hAnsi="Degular Display" w:cstheme="majorHAnsi"/>
          <w:sz w:val="24"/>
          <w:szCs w:val="24"/>
        </w:rPr>
        <w:t>.</w:t>
      </w:r>
    </w:p>
    <w:p w14:paraId="7F717433" w14:textId="77777777" w:rsidR="008919DA" w:rsidRPr="00E11BCC" w:rsidRDefault="00000000">
      <w:pPr>
        <w:rPr>
          <w:rFonts w:ascii="Degular Display" w:hAnsi="Degular Display" w:cstheme="majorHAnsi"/>
          <w:sz w:val="24"/>
          <w:szCs w:val="24"/>
        </w:rPr>
      </w:pPr>
      <w:r w:rsidRPr="00E11BCC">
        <w:rPr>
          <w:rFonts w:ascii="Degular Display" w:hAnsi="Degular Display" w:cstheme="majorHAnsi"/>
          <w:b/>
          <w:bCs/>
          <w:sz w:val="24"/>
          <w:szCs w:val="24"/>
        </w:rPr>
        <w:t>Performance &amp; security</w:t>
      </w:r>
      <w:r w:rsidRPr="00E11BCC">
        <w:rPr>
          <w:rFonts w:ascii="Degular Display" w:hAnsi="Degular Display" w:cstheme="majorHAnsi"/>
          <w:sz w:val="24"/>
          <w:szCs w:val="24"/>
        </w:rPr>
        <w:br/>
        <w:t>Is there anything specific we should consider regarding website speed, traffic, or security (</w:t>
      </w:r>
      <w:proofErr w:type="gramStart"/>
      <w:r w:rsidRPr="00E11BCC">
        <w:rPr>
          <w:rFonts w:ascii="Degular Display" w:hAnsi="Degular Display" w:cstheme="majorHAnsi"/>
          <w:sz w:val="24"/>
          <w:szCs w:val="24"/>
        </w:rPr>
        <w:t>e.g.</w:t>
      </w:r>
      <w:proofErr w:type="gramEnd"/>
      <w:r w:rsidRPr="00E11BCC">
        <w:rPr>
          <w:rFonts w:ascii="Degular Display" w:hAnsi="Degular Display" w:cstheme="majorHAnsi"/>
          <w:sz w:val="24"/>
          <w:szCs w:val="24"/>
        </w:rPr>
        <w:t xml:space="preserve"> GDPR compliance, password-protected areas)?</w:t>
      </w:r>
    </w:p>
    <w:p w14:paraId="30BAAB82" w14:textId="1612E3DC" w:rsidR="008919DA" w:rsidRPr="00E11BCC" w:rsidRDefault="00DD52DE" w:rsidP="0097286F">
      <w:pPr>
        <w:pStyle w:val="Heading2"/>
        <w:numPr>
          <w:ilvl w:val="0"/>
          <w:numId w:val="17"/>
        </w:numPr>
        <w:rPr>
          <w:rFonts w:ascii="Degular Display" w:hAnsi="Degular Display" w:cstheme="majorHAnsi"/>
          <w:color w:val="063542"/>
          <w:sz w:val="24"/>
          <w:szCs w:val="24"/>
        </w:rPr>
      </w:pPr>
      <w:r w:rsidRPr="00E11BCC">
        <w:rPr>
          <w:rFonts w:ascii="Degular Display" w:hAnsi="Degular Display" w:cstheme="majorHAnsi"/>
          <w:color w:val="063542"/>
          <w:sz w:val="24"/>
          <w:szCs w:val="24"/>
        </w:rPr>
        <w:t>Timing &amp; Budget</w:t>
      </w:r>
    </w:p>
    <w:p w14:paraId="04526ED3" w14:textId="77777777" w:rsidR="008919DA" w:rsidRPr="00E11BCC" w:rsidRDefault="00000000">
      <w:pPr>
        <w:rPr>
          <w:rFonts w:ascii="Degular Display" w:hAnsi="Degular Display" w:cstheme="majorHAnsi"/>
          <w:sz w:val="24"/>
          <w:szCs w:val="24"/>
        </w:rPr>
      </w:pPr>
      <w:r w:rsidRPr="00E11BCC">
        <w:rPr>
          <w:rFonts w:ascii="Degular Display" w:hAnsi="Degular Display" w:cstheme="majorHAnsi"/>
          <w:b/>
          <w:bCs/>
          <w:sz w:val="24"/>
          <w:szCs w:val="24"/>
        </w:rPr>
        <w:t>Timing</w:t>
      </w:r>
      <w:r w:rsidRPr="00E11BCC">
        <w:rPr>
          <w:rFonts w:ascii="Degular Display" w:hAnsi="Degular Display" w:cstheme="majorHAnsi"/>
          <w:sz w:val="24"/>
          <w:szCs w:val="24"/>
        </w:rPr>
        <w:br/>
        <w:t>Do you have a specific deadline or launch date? If yes, please mention any key milestones (</w:t>
      </w:r>
      <w:proofErr w:type="gramStart"/>
      <w:r w:rsidRPr="00E11BCC">
        <w:rPr>
          <w:rFonts w:ascii="Degular Display" w:hAnsi="Degular Display" w:cstheme="majorHAnsi"/>
          <w:sz w:val="24"/>
          <w:szCs w:val="24"/>
        </w:rPr>
        <w:t>e.g.</w:t>
      </w:r>
      <w:proofErr w:type="gramEnd"/>
      <w:r w:rsidRPr="00E11BCC">
        <w:rPr>
          <w:rFonts w:ascii="Degular Display" w:hAnsi="Degular Display" w:cstheme="majorHAnsi"/>
          <w:sz w:val="24"/>
          <w:szCs w:val="24"/>
        </w:rPr>
        <w:t xml:space="preserve"> event, campaign, or product launch).</w:t>
      </w:r>
    </w:p>
    <w:p w14:paraId="66283221" w14:textId="46770AD7" w:rsidR="00C44441" w:rsidRPr="00E11BCC" w:rsidRDefault="00000000">
      <w:pPr>
        <w:rPr>
          <w:rFonts w:ascii="Degular Display" w:hAnsi="Degular Display" w:cstheme="majorHAnsi"/>
          <w:sz w:val="24"/>
          <w:szCs w:val="24"/>
        </w:rPr>
      </w:pPr>
      <w:r w:rsidRPr="00E11BCC">
        <w:rPr>
          <w:rFonts w:ascii="Degular Display" w:hAnsi="Degular Display" w:cstheme="majorHAnsi"/>
          <w:b/>
          <w:bCs/>
          <w:sz w:val="24"/>
          <w:szCs w:val="24"/>
        </w:rPr>
        <w:t>Budget</w:t>
      </w:r>
      <w:r w:rsidRPr="00E11BCC">
        <w:rPr>
          <w:rFonts w:ascii="Degular Display" w:hAnsi="Degular Display" w:cstheme="majorHAnsi"/>
          <w:sz w:val="24"/>
          <w:szCs w:val="24"/>
        </w:rPr>
        <w:br/>
        <w:t>Knowing your budget helps us suggest the best solution. If you already have a range in mind, please share it</w:t>
      </w:r>
      <w:r w:rsidR="00DD52DE" w:rsidRPr="00E11BCC">
        <w:rPr>
          <w:rFonts w:ascii="Degular Display" w:hAnsi="Degular Display" w:cstheme="majorHAnsi"/>
          <w:sz w:val="24"/>
          <w:szCs w:val="24"/>
        </w:rPr>
        <w:t xml:space="preserve"> - </w:t>
      </w:r>
      <w:r w:rsidRPr="00E11BCC">
        <w:rPr>
          <w:rFonts w:ascii="Degular Display" w:hAnsi="Degular Display" w:cstheme="majorHAnsi"/>
          <w:sz w:val="24"/>
          <w:szCs w:val="24"/>
        </w:rPr>
        <w:t>even an estimate helps us recommend realistic options and make the best use of your investment.</w:t>
      </w:r>
    </w:p>
    <w:p w14:paraId="1A1C1C47" w14:textId="27B135A9" w:rsidR="0097286F" w:rsidRPr="00E11BCC" w:rsidRDefault="009B146D" w:rsidP="0097286F">
      <w:pPr>
        <w:pStyle w:val="Heading2"/>
        <w:numPr>
          <w:ilvl w:val="0"/>
          <w:numId w:val="17"/>
        </w:numPr>
        <w:rPr>
          <w:rFonts w:ascii="Degular Display" w:hAnsi="Degular Display" w:cstheme="majorHAnsi"/>
          <w:color w:val="063542"/>
          <w:sz w:val="24"/>
          <w:szCs w:val="24"/>
        </w:rPr>
      </w:pPr>
      <w:r w:rsidRPr="00E11BCC">
        <w:rPr>
          <w:rFonts w:ascii="Degular Display" w:hAnsi="Degular Display" w:cstheme="majorHAnsi"/>
          <w:color w:val="063542"/>
          <w:sz w:val="24"/>
          <w:szCs w:val="24"/>
        </w:rPr>
        <w:t>Optional Add-ons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3"/>
        <w:gridCol w:w="4403"/>
      </w:tblGrid>
      <w:tr w:rsidR="00DD52DE" w:rsidRPr="00E11BCC" w14:paraId="51C44350" w14:textId="77777777" w:rsidTr="003035E9">
        <w:tc>
          <w:tcPr>
            <w:tcW w:w="4509" w:type="dxa"/>
          </w:tcPr>
          <w:p w14:paraId="7A401B9C" w14:textId="77777777" w:rsidR="00DD52DE" w:rsidRPr="00E11BCC" w:rsidRDefault="00DD52DE" w:rsidP="003035E9">
            <w:pPr>
              <w:rPr>
                <w:rFonts w:ascii="Degular Display" w:hAnsi="Degular Display" w:cstheme="majorHAnsi"/>
                <w:b/>
                <w:bCs/>
                <w:sz w:val="24"/>
                <w:szCs w:val="24"/>
              </w:rPr>
            </w:pPr>
            <w:r w:rsidRPr="00E11BCC">
              <w:rPr>
                <w:rFonts w:ascii="Degular Display" w:hAnsi="Degular Display" w:cstheme="majorHAnsi"/>
                <w:b/>
                <w:bCs/>
                <w:sz w:val="24"/>
                <w:szCs w:val="24"/>
              </w:rPr>
              <w:t>Would you like us to help with:</w:t>
            </w:r>
          </w:p>
        </w:tc>
        <w:tc>
          <w:tcPr>
            <w:tcW w:w="4510" w:type="dxa"/>
          </w:tcPr>
          <w:p w14:paraId="0870283C" w14:textId="77777777" w:rsidR="00DD52DE" w:rsidRPr="00E11BCC" w:rsidRDefault="00DD52DE" w:rsidP="003035E9">
            <w:pPr>
              <w:rPr>
                <w:rFonts w:ascii="Degular Display" w:hAnsi="Degular Display" w:cstheme="majorHAnsi"/>
                <w:b/>
                <w:bCs/>
                <w:sz w:val="24"/>
                <w:szCs w:val="24"/>
              </w:rPr>
            </w:pPr>
            <w:r w:rsidRPr="00E11BCC">
              <w:rPr>
                <w:rFonts w:ascii="Degular Display" w:hAnsi="Degular Display" w:cstheme="majorHAnsi"/>
                <w:b/>
                <w:bCs/>
                <w:sz w:val="24"/>
                <w:szCs w:val="24"/>
              </w:rPr>
              <w:t>Yes / No – leave empty</w:t>
            </w:r>
          </w:p>
        </w:tc>
      </w:tr>
      <w:tr w:rsidR="00DD52DE" w:rsidRPr="00E11BCC" w14:paraId="72650536" w14:textId="77777777" w:rsidTr="003035E9">
        <w:tc>
          <w:tcPr>
            <w:tcW w:w="4509" w:type="dxa"/>
          </w:tcPr>
          <w:p w14:paraId="715732C5" w14:textId="77777777" w:rsidR="00DD52DE" w:rsidRPr="00E11BCC" w:rsidRDefault="00DD52DE" w:rsidP="003035E9">
            <w:pPr>
              <w:rPr>
                <w:rFonts w:ascii="Degular Display" w:hAnsi="Degular Display" w:cstheme="majorHAnsi"/>
                <w:b/>
                <w:bCs/>
                <w:sz w:val="24"/>
                <w:szCs w:val="24"/>
              </w:rPr>
            </w:pPr>
            <w:r w:rsidRPr="00E11BCC">
              <w:rPr>
                <w:rFonts w:ascii="Degular Display" w:hAnsi="Degular Display" w:cstheme="majorHAnsi"/>
                <w:sz w:val="24"/>
                <w:szCs w:val="24"/>
              </w:rPr>
              <w:t>Copywriting and content support</w:t>
            </w:r>
          </w:p>
        </w:tc>
        <w:tc>
          <w:tcPr>
            <w:tcW w:w="4510" w:type="dxa"/>
          </w:tcPr>
          <w:p w14:paraId="3943A02F" w14:textId="77777777" w:rsidR="00DD52DE" w:rsidRPr="00E11BCC" w:rsidRDefault="00DD52DE" w:rsidP="003035E9">
            <w:pPr>
              <w:rPr>
                <w:rFonts w:ascii="Degular Display" w:hAnsi="Degular Display" w:cstheme="majorHAnsi"/>
                <w:b/>
                <w:bCs/>
                <w:sz w:val="24"/>
                <w:szCs w:val="24"/>
              </w:rPr>
            </w:pPr>
          </w:p>
        </w:tc>
      </w:tr>
      <w:tr w:rsidR="00DD52DE" w:rsidRPr="00E11BCC" w14:paraId="101224BA" w14:textId="77777777" w:rsidTr="003035E9">
        <w:tc>
          <w:tcPr>
            <w:tcW w:w="4509" w:type="dxa"/>
          </w:tcPr>
          <w:p w14:paraId="2885D62A" w14:textId="77777777" w:rsidR="00DD52DE" w:rsidRPr="00E11BCC" w:rsidRDefault="00DD52DE" w:rsidP="003035E9">
            <w:pPr>
              <w:rPr>
                <w:rFonts w:ascii="Degular Display" w:hAnsi="Degular Display" w:cstheme="majorHAnsi"/>
                <w:b/>
                <w:bCs/>
                <w:sz w:val="24"/>
                <w:szCs w:val="24"/>
              </w:rPr>
            </w:pPr>
            <w:r w:rsidRPr="00E11BCC">
              <w:rPr>
                <w:rStyle w:val="Strong"/>
                <w:rFonts w:ascii="Degular Display" w:hAnsi="Degular Display" w:cstheme="majorHAnsi"/>
                <w:b w:val="0"/>
                <w:bCs w:val="0"/>
                <w:sz w:val="24"/>
                <w:szCs w:val="24"/>
              </w:rPr>
              <w:t>Extended SEO setup</w:t>
            </w:r>
            <w:r w:rsidRPr="00E11BCC">
              <w:rPr>
                <w:rFonts w:ascii="Degular Display" w:hAnsi="Degular Display" w:cstheme="majorHAnsi"/>
                <w:sz w:val="24"/>
                <w:szCs w:val="24"/>
              </w:rPr>
              <w:t xml:space="preserve"> (keyword research, on-page </w:t>
            </w:r>
            <w:proofErr w:type="spellStart"/>
            <w:r w:rsidRPr="00E11BCC">
              <w:rPr>
                <w:rFonts w:ascii="Degular Display" w:hAnsi="Degular Display" w:cstheme="majorHAnsi"/>
                <w:sz w:val="24"/>
                <w:szCs w:val="24"/>
              </w:rPr>
              <w:t>optimisation</w:t>
            </w:r>
            <w:proofErr w:type="spellEnd"/>
            <w:r w:rsidRPr="00E11BCC">
              <w:rPr>
                <w:rFonts w:ascii="Degular Display" w:hAnsi="Degular Display" w:cstheme="majorHAnsi"/>
                <w:sz w:val="24"/>
                <w:szCs w:val="24"/>
              </w:rPr>
              <w:t>, and content strategy beyond the basic setup)</w:t>
            </w:r>
          </w:p>
        </w:tc>
        <w:tc>
          <w:tcPr>
            <w:tcW w:w="4510" w:type="dxa"/>
          </w:tcPr>
          <w:p w14:paraId="3175D250" w14:textId="77777777" w:rsidR="00DD52DE" w:rsidRPr="00E11BCC" w:rsidRDefault="00DD52DE" w:rsidP="003035E9">
            <w:pPr>
              <w:rPr>
                <w:rFonts w:ascii="Degular Display" w:hAnsi="Degular Display" w:cstheme="majorHAnsi"/>
                <w:b/>
                <w:bCs/>
                <w:sz w:val="24"/>
                <w:szCs w:val="24"/>
              </w:rPr>
            </w:pPr>
          </w:p>
        </w:tc>
      </w:tr>
      <w:tr w:rsidR="00DD52DE" w:rsidRPr="00E11BCC" w14:paraId="6AD55273" w14:textId="77777777" w:rsidTr="003035E9">
        <w:tc>
          <w:tcPr>
            <w:tcW w:w="4509" w:type="dxa"/>
          </w:tcPr>
          <w:p w14:paraId="2317A8FF" w14:textId="77777777" w:rsidR="00DD52DE" w:rsidRPr="00E11BCC" w:rsidRDefault="00DD52DE" w:rsidP="003035E9">
            <w:pPr>
              <w:rPr>
                <w:rFonts w:ascii="Degular Display" w:hAnsi="Degular Display" w:cstheme="majorHAnsi"/>
                <w:b/>
                <w:bCs/>
                <w:sz w:val="24"/>
                <w:szCs w:val="24"/>
              </w:rPr>
            </w:pPr>
            <w:r w:rsidRPr="00E11BCC">
              <w:rPr>
                <w:rFonts w:ascii="Degular Display" w:hAnsi="Degular Display" w:cstheme="majorHAnsi"/>
                <w:sz w:val="24"/>
                <w:szCs w:val="24"/>
              </w:rPr>
              <w:t>Website maintenance package</w:t>
            </w:r>
          </w:p>
        </w:tc>
        <w:tc>
          <w:tcPr>
            <w:tcW w:w="4510" w:type="dxa"/>
          </w:tcPr>
          <w:p w14:paraId="5DBB05AB" w14:textId="77777777" w:rsidR="00DD52DE" w:rsidRPr="00E11BCC" w:rsidRDefault="00DD52DE" w:rsidP="003035E9">
            <w:pPr>
              <w:rPr>
                <w:rFonts w:ascii="Degular Display" w:hAnsi="Degular Display" w:cstheme="majorHAnsi"/>
                <w:b/>
                <w:bCs/>
                <w:sz w:val="24"/>
                <w:szCs w:val="24"/>
              </w:rPr>
            </w:pPr>
          </w:p>
        </w:tc>
      </w:tr>
      <w:tr w:rsidR="00DD52DE" w:rsidRPr="00E11BCC" w14:paraId="297EF66D" w14:textId="77777777" w:rsidTr="003035E9">
        <w:tc>
          <w:tcPr>
            <w:tcW w:w="4509" w:type="dxa"/>
          </w:tcPr>
          <w:p w14:paraId="14C9041C" w14:textId="77777777" w:rsidR="00DD52DE" w:rsidRPr="00E11BCC" w:rsidRDefault="00DD52DE" w:rsidP="003035E9">
            <w:pPr>
              <w:rPr>
                <w:rFonts w:ascii="Degular Display" w:hAnsi="Degular Display" w:cstheme="majorHAnsi"/>
                <w:sz w:val="24"/>
                <w:szCs w:val="24"/>
              </w:rPr>
            </w:pPr>
            <w:r w:rsidRPr="00E11BCC">
              <w:rPr>
                <w:rFonts w:ascii="Degular Display" w:hAnsi="Degular Display" w:cstheme="majorHAnsi"/>
                <w:sz w:val="24"/>
                <w:szCs w:val="24"/>
              </w:rPr>
              <w:t>Analytics and performance reports (monthly or quarterly)</w:t>
            </w:r>
          </w:p>
        </w:tc>
        <w:tc>
          <w:tcPr>
            <w:tcW w:w="4510" w:type="dxa"/>
          </w:tcPr>
          <w:p w14:paraId="7EAF633C" w14:textId="77777777" w:rsidR="00DD52DE" w:rsidRPr="00E11BCC" w:rsidRDefault="00DD52DE" w:rsidP="003035E9">
            <w:pPr>
              <w:rPr>
                <w:rFonts w:ascii="Degular Display" w:hAnsi="Degular Display" w:cstheme="majorHAnsi"/>
                <w:b/>
                <w:bCs/>
                <w:sz w:val="24"/>
                <w:szCs w:val="24"/>
              </w:rPr>
            </w:pPr>
          </w:p>
        </w:tc>
      </w:tr>
      <w:tr w:rsidR="00DD52DE" w:rsidRPr="00E11BCC" w14:paraId="5F46CC3C" w14:textId="77777777" w:rsidTr="003035E9">
        <w:tc>
          <w:tcPr>
            <w:tcW w:w="4509" w:type="dxa"/>
          </w:tcPr>
          <w:p w14:paraId="06C0705E" w14:textId="77777777" w:rsidR="00DD52DE" w:rsidRPr="00E11BCC" w:rsidRDefault="00DD52DE" w:rsidP="003035E9">
            <w:pPr>
              <w:rPr>
                <w:rFonts w:ascii="Degular Display" w:hAnsi="Degular Display" w:cstheme="majorHAnsi"/>
                <w:sz w:val="24"/>
                <w:szCs w:val="24"/>
              </w:rPr>
            </w:pPr>
            <w:r w:rsidRPr="00E11BCC">
              <w:rPr>
                <w:rFonts w:ascii="Degular Display" w:hAnsi="Degular Display" w:cstheme="majorHAnsi"/>
                <w:sz w:val="24"/>
                <w:szCs w:val="24"/>
              </w:rPr>
              <w:t>Social media content creation (posts, visuals, and ongoing updates)</w:t>
            </w:r>
          </w:p>
        </w:tc>
        <w:tc>
          <w:tcPr>
            <w:tcW w:w="4510" w:type="dxa"/>
          </w:tcPr>
          <w:p w14:paraId="1FA3858A" w14:textId="77777777" w:rsidR="00DD52DE" w:rsidRPr="00E11BCC" w:rsidRDefault="00DD52DE" w:rsidP="003035E9">
            <w:pPr>
              <w:rPr>
                <w:rFonts w:ascii="Degular Display" w:hAnsi="Degular Display" w:cstheme="majorHAnsi"/>
                <w:b/>
                <w:bCs/>
                <w:sz w:val="24"/>
                <w:szCs w:val="24"/>
              </w:rPr>
            </w:pPr>
          </w:p>
        </w:tc>
      </w:tr>
      <w:tr w:rsidR="009B146D" w:rsidRPr="00E11BCC" w14:paraId="6A17A1E2" w14:textId="77777777" w:rsidTr="003035E9">
        <w:tc>
          <w:tcPr>
            <w:tcW w:w="4509" w:type="dxa"/>
          </w:tcPr>
          <w:p w14:paraId="37539EC9" w14:textId="78A51339" w:rsidR="009B146D" w:rsidRPr="00E11BCC" w:rsidRDefault="009B146D" w:rsidP="003035E9">
            <w:pPr>
              <w:rPr>
                <w:rFonts w:ascii="Degular Display" w:hAnsi="Degular Display" w:cstheme="majorHAnsi"/>
                <w:sz w:val="24"/>
                <w:szCs w:val="24"/>
              </w:rPr>
            </w:pPr>
            <w:r w:rsidRPr="00E11BCC">
              <w:rPr>
                <w:rFonts w:ascii="Degular Display" w:hAnsi="Degular Display" w:cstheme="majorHAnsi"/>
                <w:sz w:val="24"/>
                <w:szCs w:val="24"/>
              </w:rPr>
              <w:t>Professional photography/videography</w:t>
            </w:r>
          </w:p>
        </w:tc>
        <w:tc>
          <w:tcPr>
            <w:tcW w:w="4510" w:type="dxa"/>
          </w:tcPr>
          <w:p w14:paraId="1DFF66CE" w14:textId="77777777" w:rsidR="009B146D" w:rsidRPr="00E11BCC" w:rsidRDefault="009B146D" w:rsidP="003035E9">
            <w:pPr>
              <w:rPr>
                <w:rFonts w:ascii="Degular Display" w:hAnsi="Degular Display" w:cstheme="majorHAnsi"/>
                <w:b/>
                <w:bCs/>
                <w:sz w:val="24"/>
                <w:szCs w:val="24"/>
              </w:rPr>
            </w:pPr>
          </w:p>
        </w:tc>
      </w:tr>
    </w:tbl>
    <w:p w14:paraId="77564544" w14:textId="186CFCF0" w:rsidR="008919DA" w:rsidRPr="00E11BCC" w:rsidRDefault="008919DA" w:rsidP="009B146D">
      <w:pPr>
        <w:pStyle w:val="ListBullet"/>
        <w:numPr>
          <w:ilvl w:val="0"/>
          <w:numId w:val="0"/>
        </w:numPr>
        <w:rPr>
          <w:rFonts w:ascii="Degular Display" w:hAnsi="Degular Display" w:cstheme="majorHAnsi"/>
          <w:sz w:val="24"/>
          <w:szCs w:val="24"/>
        </w:rPr>
      </w:pPr>
    </w:p>
    <w:p w14:paraId="2E016111" w14:textId="7A5D5A22" w:rsidR="009B146D" w:rsidRPr="00E11BCC" w:rsidRDefault="009B146D" w:rsidP="0097286F">
      <w:pPr>
        <w:pStyle w:val="ListBullet"/>
        <w:numPr>
          <w:ilvl w:val="0"/>
          <w:numId w:val="17"/>
        </w:numPr>
        <w:rPr>
          <w:rFonts w:ascii="Degular Display" w:hAnsi="Degular Display" w:cstheme="majorHAnsi"/>
          <w:b/>
          <w:bCs/>
          <w:color w:val="063542"/>
          <w:sz w:val="24"/>
          <w:szCs w:val="24"/>
        </w:rPr>
      </w:pPr>
      <w:r w:rsidRPr="00E11BCC">
        <w:rPr>
          <w:rFonts w:ascii="Degular Display" w:hAnsi="Degular Display" w:cstheme="majorHAnsi"/>
          <w:b/>
          <w:bCs/>
          <w:color w:val="063542"/>
          <w:sz w:val="24"/>
          <w:szCs w:val="24"/>
        </w:rPr>
        <w:t>Additional Information</w:t>
      </w:r>
    </w:p>
    <w:p w14:paraId="3B3C64F9" w14:textId="02EC62B0" w:rsidR="009B146D" w:rsidRPr="00E11BCC" w:rsidRDefault="009B146D" w:rsidP="009B146D">
      <w:pPr>
        <w:pStyle w:val="ListBullet"/>
        <w:numPr>
          <w:ilvl w:val="0"/>
          <w:numId w:val="0"/>
        </w:numPr>
        <w:rPr>
          <w:rFonts w:ascii="Degular Display" w:hAnsi="Degular Display" w:cstheme="majorHAnsi"/>
          <w:sz w:val="24"/>
          <w:szCs w:val="24"/>
        </w:rPr>
      </w:pPr>
      <w:r w:rsidRPr="00E11BCC">
        <w:rPr>
          <w:rFonts w:ascii="Degular Display" w:hAnsi="Degular Display" w:cstheme="majorHAnsi"/>
          <w:sz w:val="24"/>
          <w:szCs w:val="24"/>
        </w:rPr>
        <w:t>Is there anything else we should know about your project, vision, or specific requirements?</w:t>
      </w:r>
    </w:p>
    <w:sectPr w:rsidR="009B146D" w:rsidRPr="00E11BCC" w:rsidSect="00F15AFE">
      <w:headerReference w:type="default" r:id="rId8"/>
      <w:pgSz w:w="12240" w:h="15840"/>
      <w:pgMar w:top="897" w:right="1800" w:bottom="1440" w:left="180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D3D9C" w14:textId="77777777" w:rsidR="0082620D" w:rsidRDefault="0082620D" w:rsidP="00F15AFE">
      <w:pPr>
        <w:spacing w:after="0" w:line="240" w:lineRule="auto"/>
      </w:pPr>
      <w:r>
        <w:separator/>
      </w:r>
    </w:p>
  </w:endnote>
  <w:endnote w:type="continuationSeparator" w:id="0">
    <w:p w14:paraId="5762C445" w14:textId="77777777" w:rsidR="0082620D" w:rsidRDefault="0082620D" w:rsidP="00F15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6523BE2-875A-4346-B5AF-E640CFCC4E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B19B5BB-B320-C941-8254-3A18A0CC889D}"/>
    <w:embedBold r:id="rId3" w:fontKey="{5BD3D4A2-D453-2844-AAE1-E0BC195CABA7}"/>
    <w:embedItalic r:id="rId4" w:fontKey="{30484FBB-1C87-A641-9A42-E1C9FCC7A5A5}"/>
    <w:embedBoldItalic r:id="rId5" w:fontKey="{3154EDD3-26DF-CC47-A370-2F932DBC6FC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C47518A7-B8DE-6745-8E29-B9D3A6CE229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6C084A18-F375-474A-A43A-B3426F80B7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975B790-A6FB-6849-B55B-3EEEEA1F33AF}"/>
    <w:embedBold r:id="rId9" w:fontKey="{F9F9FF39-4A42-6B43-ABEA-0820517FBB8E}"/>
    <w:embedItalic r:id="rId10" w:fontKey="{2057BE1E-0063-BB47-A35D-613AF064CD7F}"/>
    <w:embedBoldItalic r:id="rId11" w:fontKey="{913C37D6-4553-FA46-B15A-BB8C5A4B141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5CA8ABB9-87E3-7448-849A-D1752D7D8F61}"/>
    <w:embedBold r:id="rId13" w:fontKey="{49377345-826F-2E4C-BAE6-D3EAB6CEC2DD}"/>
    <w:embedItalic r:id="rId14" w:fontKey="{CE8D6055-ABDF-BE4E-95B4-F92C8315D49A}"/>
    <w:embedBoldItalic r:id="rId15" w:fontKey="{C327518C-06E7-814E-BDE2-FCA93BAEA07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  <w:embedRegular r:id="rId16" w:fontKey="{6BA37AAC-0EBD-A249-BB30-297300E68ACF}"/>
  </w:font>
  <w:font w:name="Degular Display">
    <w:panose1 w:val="020B0504050503060204"/>
    <w:charset w:val="4D"/>
    <w:family w:val="swiss"/>
    <w:notTrueType/>
    <w:pitch w:val="variable"/>
    <w:sig w:usb0="A000002F" w:usb1="5000000A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5A410" w14:textId="77777777" w:rsidR="0082620D" w:rsidRDefault="0082620D" w:rsidP="00F15AFE">
      <w:pPr>
        <w:spacing w:after="0" w:line="240" w:lineRule="auto"/>
      </w:pPr>
      <w:r>
        <w:separator/>
      </w:r>
    </w:p>
  </w:footnote>
  <w:footnote w:type="continuationSeparator" w:id="0">
    <w:p w14:paraId="124EE5FF" w14:textId="77777777" w:rsidR="0082620D" w:rsidRDefault="0082620D" w:rsidP="00F15A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83DAF" w14:textId="1AFF5D5B" w:rsidR="00F15AFE" w:rsidRDefault="00F15AFE" w:rsidP="00F15AFE">
    <w:pPr>
      <w:pStyle w:val="Header"/>
      <w:ind w:left="-1800"/>
    </w:pPr>
    <w:r>
      <w:rPr>
        <w:noProof/>
      </w:rPr>
      <w:drawing>
        <wp:inline distT="0" distB="0" distL="0" distR="0" wp14:anchorId="51AD26E0" wp14:editId="2970AE00">
          <wp:extent cx="7955280" cy="1645920"/>
          <wp:effectExtent l="0" t="0" r="0" b="5080"/>
          <wp:docPr id="929376245" name="Picture 5" descr="A close up of a logo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9376245" name="Picture 5" descr="A close up of a logo&#10;&#10;Description automatically generated"/>
                  <pic:cNvPicPr/>
                </pic:nvPicPr>
                <pic:blipFill rotWithShape="1">
                  <a:blip r:embed="rId1"/>
                  <a:srcRect t="12527" b="12527"/>
                  <a:stretch/>
                </pic:blipFill>
                <pic:spPr>
                  <a:xfrm>
                    <a:off x="0" y="0"/>
                    <a:ext cx="7955280" cy="1645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2E36756"/>
    <w:multiLevelType w:val="hybridMultilevel"/>
    <w:tmpl w:val="4D80A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82B0F77"/>
    <w:multiLevelType w:val="multilevel"/>
    <w:tmpl w:val="43964AC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C903079"/>
    <w:multiLevelType w:val="hybridMultilevel"/>
    <w:tmpl w:val="8D16E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313BEA"/>
    <w:multiLevelType w:val="multilevel"/>
    <w:tmpl w:val="43964AC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1D58B6"/>
    <w:multiLevelType w:val="hybridMultilevel"/>
    <w:tmpl w:val="13807F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D6B736F"/>
    <w:multiLevelType w:val="hybridMultilevel"/>
    <w:tmpl w:val="520AC2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DD5BB2"/>
    <w:multiLevelType w:val="multilevel"/>
    <w:tmpl w:val="1D441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195678C"/>
    <w:multiLevelType w:val="hybridMultilevel"/>
    <w:tmpl w:val="1D26A0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3503381">
    <w:abstractNumId w:val="8"/>
  </w:num>
  <w:num w:numId="2" w16cid:durableId="1739278046">
    <w:abstractNumId w:val="6"/>
  </w:num>
  <w:num w:numId="3" w16cid:durableId="904998775">
    <w:abstractNumId w:val="5"/>
  </w:num>
  <w:num w:numId="4" w16cid:durableId="1689213560">
    <w:abstractNumId w:val="4"/>
  </w:num>
  <w:num w:numId="5" w16cid:durableId="603684185">
    <w:abstractNumId w:val="7"/>
  </w:num>
  <w:num w:numId="6" w16cid:durableId="1528299758">
    <w:abstractNumId w:val="3"/>
  </w:num>
  <w:num w:numId="7" w16cid:durableId="1366715694">
    <w:abstractNumId w:val="2"/>
  </w:num>
  <w:num w:numId="8" w16cid:durableId="562447100">
    <w:abstractNumId w:val="1"/>
  </w:num>
  <w:num w:numId="9" w16cid:durableId="596406918">
    <w:abstractNumId w:val="0"/>
  </w:num>
  <w:num w:numId="10" w16cid:durableId="60100583">
    <w:abstractNumId w:val="13"/>
  </w:num>
  <w:num w:numId="11" w16cid:durableId="1146437469">
    <w:abstractNumId w:val="9"/>
  </w:num>
  <w:num w:numId="12" w16cid:durableId="1415324530">
    <w:abstractNumId w:val="11"/>
  </w:num>
  <w:num w:numId="13" w16cid:durableId="1338919724">
    <w:abstractNumId w:val="15"/>
  </w:num>
  <w:num w:numId="14" w16cid:durableId="1764296287">
    <w:abstractNumId w:val="10"/>
  </w:num>
  <w:num w:numId="15" w16cid:durableId="819081416">
    <w:abstractNumId w:val="12"/>
  </w:num>
  <w:num w:numId="16" w16cid:durableId="1036780438">
    <w:abstractNumId w:val="14"/>
  </w:num>
  <w:num w:numId="17" w16cid:durableId="213020190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3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3555E"/>
    <w:rsid w:val="0006063C"/>
    <w:rsid w:val="0015074B"/>
    <w:rsid w:val="0029639D"/>
    <w:rsid w:val="00326F90"/>
    <w:rsid w:val="0082620D"/>
    <w:rsid w:val="008919DA"/>
    <w:rsid w:val="0097286F"/>
    <w:rsid w:val="009B146D"/>
    <w:rsid w:val="00AA1D8D"/>
    <w:rsid w:val="00B47730"/>
    <w:rsid w:val="00C44441"/>
    <w:rsid w:val="00CB0664"/>
    <w:rsid w:val="00CB2A7F"/>
    <w:rsid w:val="00DD52DE"/>
    <w:rsid w:val="00E11BCC"/>
    <w:rsid w:val="00E61DCA"/>
    <w:rsid w:val="00F15AFE"/>
    <w:rsid w:val="00F338CC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FAEB261"/>
  <w14:defaultImageDpi w14:val="300"/>
  <w15:docId w15:val="{7D818852-4E99-3844-A32D-900913BF6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3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whitespace-normal">
    <w:name w:val="whitespace-normal"/>
    <w:basedOn w:val="Normal"/>
    <w:rsid w:val="009B1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12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609</Words>
  <Characters>3276</Characters>
  <Application>Microsoft Office Word</Application>
  <DocSecurity>0</DocSecurity>
  <Lines>151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3833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Monika Maerki</cp:lastModifiedBy>
  <cp:revision>9</cp:revision>
  <dcterms:created xsi:type="dcterms:W3CDTF">2013-12-23T23:15:00Z</dcterms:created>
  <dcterms:modified xsi:type="dcterms:W3CDTF">2025-11-25T10:32:00Z</dcterms:modified>
  <cp:category/>
</cp:coreProperties>
</file>